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8A280" w14:textId="199F61D9" w:rsidR="00700FB4" w:rsidRDefault="00700FB4" w:rsidP="003734D6">
      <w:pPr>
        <w:pStyle w:val="Heading1"/>
      </w:pPr>
      <w:r w:rsidRPr="00B418F6">
        <w:rPr>
          <w:noProof/>
        </w:rPr>
        <w:drawing>
          <wp:anchor distT="0" distB="0" distL="114300" distR="114300" simplePos="0" relativeHeight="251658241" behindDoc="1" locked="0" layoutInCell="1" allowOverlap="1" wp14:anchorId="0CB84259" wp14:editId="13B931B5">
            <wp:simplePos x="0" y="0"/>
            <wp:positionH relativeFrom="column">
              <wp:posOffset>-280670</wp:posOffset>
            </wp:positionH>
            <wp:positionV relativeFrom="paragraph">
              <wp:posOffset>-324485</wp:posOffset>
            </wp:positionV>
            <wp:extent cx="6816725" cy="977900"/>
            <wp:effectExtent l="0" t="0" r="3175" b="0"/>
            <wp:wrapTight wrapText="bothSides">
              <wp:wrapPolygon edited="0">
                <wp:start x="0" y="0"/>
                <wp:lineTo x="0" y="21319"/>
                <wp:lineTo x="21570" y="21319"/>
                <wp:lineTo x="21570" y="0"/>
                <wp:lineTo x="0" y="0"/>
              </wp:wrapPolygon>
            </wp:wrapTight>
            <wp:docPr id="192819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6725"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9695A" w14:textId="1E4996F5" w:rsidR="003734D6" w:rsidRPr="00B418F6" w:rsidRDefault="003734D6" w:rsidP="003734D6">
      <w:pPr>
        <w:pStyle w:val="Heading1"/>
      </w:pPr>
    </w:p>
    <w:p w14:paraId="2B6D5203" w14:textId="176F6525" w:rsidR="00DB40FA" w:rsidRPr="00B418F6" w:rsidRDefault="003734D6" w:rsidP="003734D6">
      <w:pPr>
        <w:pStyle w:val="Heading1"/>
      </w:pPr>
      <w:r>
        <w:rPr>
          <w:noProof/>
        </w:rPr>
        <w:drawing>
          <wp:inline distT="0" distB="0" distL="0" distR="0" wp14:anchorId="2F4168C6" wp14:editId="5A55B4FA">
            <wp:extent cx="640080" cy="543226"/>
            <wp:effectExtent l="0" t="0" r="0" b="3175"/>
            <wp:docPr id="478816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16305" name="Picture 478816305"/>
                    <pic:cNvPicPr/>
                  </pic:nvPicPr>
                  <pic:blipFill>
                    <a:blip r:embed="rId12"/>
                    <a:stretch>
                      <a:fillRect/>
                    </a:stretch>
                  </pic:blipFill>
                  <pic:spPr>
                    <a:xfrm>
                      <a:off x="0" y="0"/>
                      <a:ext cx="694224" cy="589177"/>
                    </a:xfrm>
                    <a:prstGeom prst="rect">
                      <a:avLst/>
                    </a:prstGeom>
                  </pic:spPr>
                </pic:pic>
              </a:graphicData>
            </a:graphic>
          </wp:inline>
        </w:drawing>
      </w:r>
      <w:r>
        <w:t xml:space="preserve">  LinkedIn for T Level Employer Engagement</w:t>
      </w:r>
    </w:p>
    <w:p w14:paraId="650875FE" w14:textId="4FFBF75F" w:rsidR="00DB40FA" w:rsidRPr="00B418F6" w:rsidRDefault="00DB40FA" w:rsidP="003734D6"/>
    <w:p w14:paraId="69A45E75" w14:textId="7E77D1CC" w:rsidR="00D062C0" w:rsidRDefault="00D062C0" w:rsidP="003734D6">
      <w:pPr>
        <w:rPr>
          <w:sz w:val="24"/>
          <w:szCs w:val="24"/>
        </w:rPr>
      </w:pPr>
      <w:r w:rsidRPr="62931247">
        <w:rPr>
          <w:sz w:val="24"/>
          <w:szCs w:val="24"/>
        </w:rPr>
        <w:t>Thank you for attending our masterclass.</w:t>
      </w:r>
    </w:p>
    <w:p w14:paraId="468AD0F7" w14:textId="27C064B7" w:rsidR="003734D6" w:rsidRPr="00413310" w:rsidRDefault="003734D6" w:rsidP="003734D6">
      <w:pPr>
        <w:rPr>
          <w:sz w:val="24"/>
          <w:szCs w:val="24"/>
        </w:rPr>
      </w:pPr>
      <w:r w:rsidRPr="62931247">
        <w:rPr>
          <w:sz w:val="24"/>
          <w:szCs w:val="24"/>
        </w:rPr>
        <w:t>Use these</w:t>
      </w:r>
      <w:r w:rsidR="009F36BD" w:rsidRPr="62931247">
        <w:rPr>
          <w:sz w:val="24"/>
          <w:szCs w:val="24"/>
        </w:rPr>
        <w:t xml:space="preserve"> four</w:t>
      </w:r>
      <w:r w:rsidRPr="62931247">
        <w:rPr>
          <w:sz w:val="24"/>
          <w:szCs w:val="24"/>
        </w:rPr>
        <w:t xml:space="preserve"> practical handouts to support you to comment, connect, create and build the habit. </w:t>
      </w:r>
    </w:p>
    <w:p w14:paraId="7DEEBAFE" w14:textId="37A497C0" w:rsidR="003734D6" w:rsidRPr="00413310" w:rsidRDefault="003734D6" w:rsidP="003734D6">
      <w:pPr>
        <w:rPr>
          <w:sz w:val="24"/>
          <w:szCs w:val="24"/>
        </w:rPr>
      </w:pPr>
      <w:r w:rsidRPr="62931247">
        <w:rPr>
          <w:sz w:val="24"/>
          <w:szCs w:val="24"/>
        </w:rPr>
        <w:t>They’ll help you to take small, purposeful steps from ‘lurking to leading’ conversations.</w:t>
      </w:r>
    </w:p>
    <w:p w14:paraId="432B90A1" w14:textId="7D488649" w:rsidR="00413310" w:rsidRDefault="00413310" w:rsidP="003734D6">
      <w:pPr>
        <w:pStyle w:val="Heading1"/>
      </w:pPr>
    </w:p>
    <w:p w14:paraId="3C845081" w14:textId="0C22300A" w:rsidR="00585194" w:rsidRPr="00700FB4" w:rsidRDefault="00585194" w:rsidP="00585194">
      <w:pPr>
        <w:pStyle w:val="Heading2"/>
      </w:pPr>
      <w:bookmarkStart w:id="0" w:name="_HANDOUT_1"/>
      <w:bookmarkEnd w:id="0"/>
      <w:r>
        <w:t>HANDOUT 1</w:t>
      </w:r>
    </w:p>
    <w:p w14:paraId="2F0E8DD7" w14:textId="3FB8F8F6" w:rsidR="00213FB8" w:rsidRPr="00213FB8" w:rsidRDefault="001B30FC" w:rsidP="62931247">
      <w:pPr>
        <w:pStyle w:val="Heading2"/>
        <w:rPr>
          <w:rFonts w:cs="Arial"/>
        </w:rPr>
      </w:pPr>
      <w:r w:rsidRPr="62931247">
        <w:rPr>
          <w:rFonts w:asciiTheme="minorHAnsi" w:eastAsiaTheme="minorEastAsia" w:hAnsiTheme="minorHAnsi" w:cstheme="minorBidi"/>
          <w:color w:val="000000" w:themeColor="text1"/>
          <w:sz w:val="22"/>
          <w:szCs w:val="22"/>
        </w:rPr>
        <w:t>LinkedIn</w:t>
      </w:r>
      <w:r w:rsidR="006426C0" w:rsidRPr="62931247">
        <w:rPr>
          <w:rFonts w:asciiTheme="minorHAnsi" w:eastAsiaTheme="minorEastAsia" w:hAnsiTheme="minorHAnsi" w:cstheme="minorBidi"/>
          <w:color w:val="000000" w:themeColor="text1"/>
          <w:sz w:val="22"/>
          <w:szCs w:val="22"/>
        </w:rPr>
        <w:t xml:space="preserve"> profile review and action plan</w:t>
      </w:r>
    </w:p>
    <w:p w14:paraId="795855F0" w14:textId="5DEC2D91" w:rsidR="00413310" w:rsidRPr="00700FB4" w:rsidRDefault="00413310" w:rsidP="00413310">
      <w:pPr>
        <w:pStyle w:val="Heading2"/>
      </w:pPr>
      <w:bookmarkStart w:id="1" w:name="_HANDOUT_2"/>
      <w:bookmarkEnd w:id="1"/>
      <w:r>
        <w:t xml:space="preserve">HANDOUT </w:t>
      </w:r>
      <w:r w:rsidR="00585194">
        <w:t>2</w:t>
      </w:r>
    </w:p>
    <w:p w14:paraId="66022848" w14:textId="5290D56E" w:rsidR="00413310" w:rsidRPr="00585194" w:rsidRDefault="00413310" w:rsidP="00585194">
      <w:pPr>
        <w:rPr>
          <w:rFonts w:cs="Arial"/>
          <w:b/>
          <w:bCs/>
        </w:rPr>
      </w:pPr>
      <w:r w:rsidRPr="62931247">
        <w:rPr>
          <w:rFonts w:cs="Arial"/>
          <w:b/>
          <w:bCs/>
        </w:rPr>
        <w:t xml:space="preserve">Comment, Connect and Post: </w:t>
      </w:r>
      <w:r w:rsidRPr="62931247">
        <w:rPr>
          <w:rFonts w:cs="Arial"/>
        </w:rPr>
        <w:t>Practical starters for being useful, visible and human on LinkedIn</w:t>
      </w:r>
    </w:p>
    <w:p w14:paraId="72BB4D09" w14:textId="3B87F653" w:rsidR="00413310" w:rsidRPr="00413310" w:rsidRDefault="00413310" w:rsidP="00413310">
      <w:pPr>
        <w:pStyle w:val="Heading2"/>
      </w:pPr>
      <w:bookmarkStart w:id="2" w:name="_HANDOUT_3"/>
      <w:bookmarkEnd w:id="2"/>
      <w:r>
        <w:t xml:space="preserve">HANDOUT </w:t>
      </w:r>
      <w:r w:rsidR="00585194">
        <w:t>3</w:t>
      </w:r>
    </w:p>
    <w:p w14:paraId="788E0CAE" w14:textId="040D8F1E" w:rsidR="00566F9F" w:rsidRPr="00585194" w:rsidRDefault="00413310" w:rsidP="00585194">
      <w:pPr>
        <w:rPr>
          <w:rFonts w:cs="Arial"/>
          <w:b/>
          <w:bCs/>
        </w:rPr>
      </w:pPr>
      <w:r w:rsidRPr="62931247">
        <w:rPr>
          <w:rFonts w:cs="Arial"/>
          <w:b/>
          <w:bCs/>
        </w:rPr>
        <w:t>AI Prompt Sheet for LinkedIn</w:t>
      </w:r>
    </w:p>
    <w:p w14:paraId="7C8975DB" w14:textId="350A33F8" w:rsidR="00566F9F" w:rsidRPr="00B418F6" w:rsidRDefault="00566F9F" w:rsidP="00566F9F">
      <w:pPr>
        <w:pStyle w:val="Heading2"/>
      </w:pPr>
      <w:bookmarkStart w:id="3" w:name="_HANDOUT_4"/>
      <w:bookmarkEnd w:id="3"/>
      <w:r>
        <w:t xml:space="preserve">HANDOUT </w:t>
      </w:r>
      <w:r w:rsidR="00585194">
        <w:t>4</w:t>
      </w:r>
    </w:p>
    <w:p w14:paraId="407B3C22" w14:textId="1D544262" w:rsidR="00566F9F" w:rsidRPr="004A041F" w:rsidRDefault="00566F9F" w:rsidP="00566F9F">
      <w:pPr>
        <w:rPr>
          <w:rFonts w:cs="Arial"/>
          <w:b/>
          <w:bCs/>
        </w:rPr>
      </w:pPr>
      <w:r w:rsidRPr="62931247">
        <w:rPr>
          <w:rFonts w:cs="Arial"/>
          <w:b/>
          <w:bCs/>
        </w:rPr>
        <w:t>From Lurking to Leading: ‘Seven-Day LinkedIn Challenge’</w:t>
      </w:r>
    </w:p>
    <w:p w14:paraId="66A1B870" w14:textId="5D305BFB" w:rsidR="00D062C0" w:rsidRDefault="00D062C0" w:rsidP="003734D6">
      <w:pPr>
        <w:pStyle w:val="Heading1"/>
      </w:pPr>
    </w:p>
    <w:p w14:paraId="652D956D" w14:textId="10FDB284" w:rsidR="00D062C0" w:rsidRDefault="00D062C0" w:rsidP="100603CF">
      <w:pPr>
        <w:rPr>
          <w:rFonts w:cs="Arial"/>
        </w:rPr>
      </w:pPr>
      <w:r w:rsidRPr="62931247">
        <w:rPr>
          <w:rFonts w:cs="Arial"/>
        </w:rPr>
        <w:t xml:space="preserve">The aim is not to build the biggest network; it is to build a more useful one. </w:t>
      </w:r>
    </w:p>
    <w:p w14:paraId="082E74C3" w14:textId="1466F3B6" w:rsidR="00213FB8" w:rsidRDefault="00213FB8" w:rsidP="100603CF">
      <w:pPr>
        <w:rPr>
          <w:rFonts w:cs="Arial"/>
        </w:rPr>
      </w:pPr>
    </w:p>
    <w:p w14:paraId="20CA504A" w14:textId="05CF5478" w:rsidR="00D062C0" w:rsidRPr="003734D6" w:rsidRDefault="2DA31FF6" w:rsidP="100603CF">
      <w:pPr>
        <w:rPr>
          <w:rFonts w:cs="Arial"/>
        </w:rPr>
      </w:pPr>
      <w:r w:rsidRPr="6B06D74A">
        <w:rPr>
          <w:rFonts w:cs="Arial"/>
        </w:rPr>
        <w:t>Have fun with this and why not</w:t>
      </w:r>
      <w:r w:rsidR="0A411D8D" w:rsidRPr="6B06D74A">
        <w:rPr>
          <w:rFonts w:cs="Arial"/>
        </w:rPr>
        <w:t xml:space="preserve"> share a</w:t>
      </w:r>
      <w:r w:rsidRPr="6B06D74A">
        <w:rPr>
          <w:rFonts w:cs="Arial"/>
        </w:rPr>
        <w:t xml:space="preserve"> post </w:t>
      </w:r>
      <w:r w:rsidR="590C808B" w:rsidRPr="6B06D74A">
        <w:rPr>
          <w:rFonts w:cs="Arial"/>
        </w:rPr>
        <w:t xml:space="preserve">to </w:t>
      </w:r>
      <w:r w:rsidR="3C864DBA" w:rsidRPr="6B06D74A">
        <w:rPr>
          <w:rFonts w:cs="Arial"/>
        </w:rPr>
        <w:t>your</w:t>
      </w:r>
      <w:r w:rsidRPr="6B06D74A">
        <w:rPr>
          <w:rFonts w:cs="Arial"/>
        </w:rPr>
        <w:t xml:space="preserve"> closed employer engagement group and let us know how you get on </w:t>
      </w:r>
      <w:hyperlink r:id="rId13">
        <w:r w:rsidRPr="6B06D74A">
          <w:rPr>
            <w:rStyle w:val="Hyperlink"/>
            <w:rFonts w:cs="Arial"/>
          </w:rPr>
          <w:t>T Level LinkedIn Employer Engagement LinkedIn Forum</w:t>
        </w:r>
      </w:hyperlink>
    </w:p>
    <w:p w14:paraId="1498D110" w14:textId="2648B73A" w:rsidR="00B240CF" w:rsidRDefault="00B240CF" w:rsidP="003734D6">
      <w:pPr>
        <w:pStyle w:val="Heading1"/>
        <w:sectPr w:rsidR="00B240CF" w:rsidSect="009310BE">
          <w:headerReference w:type="even" r:id="rId14"/>
          <w:headerReference w:type="default" r:id="rId15"/>
          <w:footerReference w:type="even" r:id="rId16"/>
          <w:footerReference w:type="default" r:id="rId17"/>
          <w:headerReference w:type="first" r:id="rId18"/>
          <w:footerReference w:type="first" r:id="rId19"/>
          <w:pgSz w:w="12240" w:h="15840"/>
          <w:pgMar w:top="1440" w:right="1080" w:bottom="1440" w:left="1080" w:header="624" w:footer="113" w:gutter="0"/>
          <w:cols w:space="720"/>
          <w:titlePg/>
          <w:docGrid w:linePitch="360"/>
        </w:sectPr>
      </w:pPr>
    </w:p>
    <w:p w14:paraId="3A3FE63A" w14:textId="77777777" w:rsidR="00B240CF" w:rsidRPr="00213FB8" w:rsidRDefault="00B240CF" w:rsidP="00213FB8">
      <w:pPr>
        <w:pStyle w:val="Heading2"/>
      </w:pPr>
      <w:r w:rsidRPr="00213FB8">
        <w:lastRenderedPageBreak/>
        <w:t>HANDOUT 1</w:t>
      </w:r>
    </w:p>
    <w:p w14:paraId="2F08F1AD" w14:textId="3C1EE3B8" w:rsidR="00B240CF" w:rsidRPr="006426C0" w:rsidRDefault="00B240CF" w:rsidP="006426C0">
      <w:pPr>
        <w:pStyle w:val="Heading2"/>
        <w:rPr>
          <w:color w:val="000000" w:themeColor="text1"/>
          <w:lang w:eastAsia="en-GB"/>
        </w:rPr>
      </w:pPr>
      <w:r w:rsidRPr="62931247">
        <w:rPr>
          <w:color w:val="000000" w:themeColor="text1"/>
        </w:rPr>
        <w:t xml:space="preserve">LINKEDIN PROFILE REVIEW </w:t>
      </w:r>
      <w:r w:rsidR="006426C0" w:rsidRPr="62931247">
        <w:rPr>
          <w:color w:val="000000" w:themeColor="text1"/>
        </w:rPr>
        <w:t>AND</w:t>
      </w:r>
      <w:r w:rsidRPr="62931247">
        <w:rPr>
          <w:color w:val="000000" w:themeColor="text1"/>
        </w:rPr>
        <w:t xml:space="preserve"> ACTION PLAN</w:t>
      </w:r>
    </w:p>
    <w:p w14:paraId="052C5052" w14:textId="77777777" w:rsidR="00B240CF" w:rsidRPr="005C09D6" w:rsidRDefault="00B240CF" w:rsidP="00B240CF">
      <w:pPr>
        <w:spacing w:before="120" w:after="120" w:line="240" w:lineRule="auto"/>
        <w:rPr>
          <w:rFonts w:eastAsia="Times New Roman" w:cs="Arial"/>
          <w:b/>
          <w:bCs/>
          <w:lang w:eastAsia="en-GB"/>
        </w:rPr>
      </w:pPr>
      <w:r w:rsidRPr="62931247">
        <w:rPr>
          <w:rFonts w:eastAsia="Times New Roman" w:cs="Arial"/>
          <w:b/>
          <w:bCs/>
        </w:rPr>
        <w:t>Is your profile working as an employer-facing shop window?</w:t>
      </w:r>
    </w:p>
    <w:p w14:paraId="1011FE6F" w14:textId="77777777" w:rsidR="00B240CF" w:rsidRPr="005C09D6" w:rsidRDefault="00B240CF" w:rsidP="00B240CF">
      <w:pPr>
        <w:spacing w:before="120" w:after="120" w:line="240" w:lineRule="auto"/>
        <w:rPr>
          <w:rFonts w:eastAsia="Times New Roman" w:cs="Arial"/>
          <w:lang w:eastAsia="en-GB"/>
        </w:rPr>
      </w:pPr>
      <w:r w:rsidRPr="62931247">
        <w:rPr>
          <w:rFonts w:eastAsia="Times New Roman" w:cs="Arial"/>
          <w:b/>
          <w:bCs/>
        </w:rPr>
        <w:t>The quick test</w:t>
      </w:r>
      <w:r w:rsidRPr="62931247">
        <w:rPr>
          <w:rFonts w:eastAsia="Times New Roman" w:cs="Arial"/>
        </w:rPr>
        <w:t xml:space="preserve">: </w:t>
      </w:r>
    </w:p>
    <w:p w14:paraId="1D5A94FC" w14:textId="77777777" w:rsidR="00B240CF" w:rsidRPr="005C09D6" w:rsidRDefault="00B240CF" w:rsidP="00B240CF">
      <w:pPr>
        <w:spacing w:before="120" w:after="120" w:line="240" w:lineRule="auto"/>
        <w:rPr>
          <w:rFonts w:eastAsia="Times New Roman" w:cs="Arial"/>
          <w:lang w:eastAsia="en-GB"/>
        </w:rPr>
      </w:pPr>
      <w:r w:rsidRPr="62931247">
        <w:rPr>
          <w:rFonts w:eastAsia="Times New Roman" w:cs="Arial"/>
        </w:rPr>
        <w:t>If an employer clicks your profile today…</w:t>
      </w:r>
    </w:p>
    <w:p w14:paraId="371244EA" w14:textId="77777777" w:rsidR="00B240CF" w:rsidRPr="005C09D6" w:rsidRDefault="00B240CF" w:rsidP="00B240CF">
      <w:pPr>
        <w:numPr>
          <w:ilvl w:val="0"/>
          <w:numId w:val="21"/>
        </w:numPr>
        <w:spacing w:before="120" w:after="120" w:line="240" w:lineRule="auto"/>
        <w:rPr>
          <w:rFonts w:eastAsia="Times New Roman" w:cs="Arial"/>
          <w:lang w:eastAsia="en-GB"/>
        </w:rPr>
      </w:pPr>
      <w:r w:rsidRPr="62931247">
        <w:rPr>
          <w:rFonts w:eastAsia="Times New Roman" w:cs="Arial"/>
        </w:rPr>
        <w:t>Do they quickly understand who you are and how you can help?</w:t>
      </w:r>
    </w:p>
    <w:p w14:paraId="52EA95C8" w14:textId="77777777" w:rsidR="00B240CF" w:rsidRDefault="00B240CF" w:rsidP="00B240CF">
      <w:pPr>
        <w:numPr>
          <w:ilvl w:val="0"/>
          <w:numId w:val="21"/>
        </w:numPr>
        <w:spacing w:before="120" w:after="120" w:line="240" w:lineRule="auto"/>
        <w:rPr>
          <w:rFonts w:eastAsia="Times New Roman" w:cs="Arial"/>
          <w:lang w:eastAsia="en-GB"/>
        </w:rPr>
      </w:pPr>
      <w:r w:rsidRPr="62931247">
        <w:rPr>
          <w:rFonts w:eastAsia="Times New Roman" w:cs="Arial"/>
        </w:rPr>
        <w:t>Do they see evidence that you work with employers and understand their world?</w:t>
      </w:r>
    </w:p>
    <w:p w14:paraId="0C80EC28" w14:textId="77777777" w:rsidR="00B240CF" w:rsidRDefault="00B240CF" w:rsidP="00B240CF">
      <w:pPr>
        <w:numPr>
          <w:ilvl w:val="0"/>
          <w:numId w:val="21"/>
        </w:numPr>
        <w:spacing w:before="120" w:after="120" w:line="240" w:lineRule="auto"/>
        <w:rPr>
          <w:rFonts w:eastAsia="Times New Roman" w:cs="Arial"/>
          <w:lang w:eastAsia="en-GB"/>
        </w:rPr>
      </w:pPr>
      <w:r w:rsidRPr="62931247">
        <w:rPr>
          <w:rFonts w:eastAsia="Times New Roman" w:cs="Arial"/>
        </w:rPr>
        <w:t>Do they feel invited to connect or start a conversation?</w:t>
      </w:r>
      <w:r w:rsidRPr="62931247">
        <w:rPr>
          <w:rFonts w:eastAsia="Times New Roman" w:cs="Arial"/>
          <w:b/>
          <w:bCs/>
        </w:rPr>
        <w:t xml:space="preserve"> </w:t>
      </w:r>
    </w:p>
    <w:p w14:paraId="48F06D7B" w14:textId="77777777" w:rsidR="00B240CF" w:rsidRPr="006426C0" w:rsidRDefault="00B240CF" w:rsidP="00B240CF">
      <w:pPr>
        <w:spacing w:before="120" w:after="120" w:line="240" w:lineRule="auto"/>
        <w:ind w:left="720"/>
        <w:rPr>
          <w:rFonts w:eastAsia="Times New Roman" w:cs="Arial"/>
          <w:sz w:val="10"/>
          <w:szCs w:val="10"/>
          <w:lang w:eastAsia="en-GB"/>
        </w:rPr>
      </w:pPr>
    </w:p>
    <w:p w14:paraId="4AA4F54E" w14:textId="77777777" w:rsidR="00B240CF" w:rsidRPr="00CB5E59" w:rsidRDefault="00B240CF" w:rsidP="00B240CF">
      <w:pPr>
        <w:spacing w:before="120" w:after="120"/>
        <w:outlineLvl w:val="0"/>
        <w:rPr>
          <w:rFonts w:eastAsia="Times New Roman" w:cs="Arial"/>
          <w:b/>
          <w:bCs/>
          <w:lang w:eastAsia="en-GB"/>
        </w:rPr>
      </w:pPr>
      <w:r w:rsidRPr="62931247">
        <w:rPr>
          <w:rFonts w:eastAsia="Times New Roman" w:cs="Arial"/>
          <w:b/>
          <w:bCs/>
        </w:rPr>
        <w:t xml:space="preserve">Let’s self-assess the basics… </w:t>
      </w:r>
    </w:p>
    <w:tbl>
      <w:tblPr>
        <w:tblStyle w:val="TableGrid"/>
        <w:tblW w:w="14312" w:type="dxa"/>
        <w:tblLayout w:type="fixed"/>
        <w:tblLook w:val="04A0" w:firstRow="1" w:lastRow="0" w:firstColumn="1" w:lastColumn="0" w:noHBand="0" w:noVBand="1"/>
      </w:tblPr>
      <w:tblGrid>
        <w:gridCol w:w="3114"/>
        <w:gridCol w:w="7796"/>
        <w:gridCol w:w="1134"/>
        <w:gridCol w:w="1134"/>
        <w:gridCol w:w="1134"/>
      </w:tblGrid>
      <w:tr w:rsidR="00B240CF" w:rsidRPr="00CB5E59" w14:paraId="0628255D" w14:textId="77777777" w:rsidTr="62931247">
        <w:tc>
          <w:tcPr>
            <w:tcW w:w="10910" w:type="dxa"/>
            <w:gridSpan w:val="2"/>
            <w:tcBorders>
              <w:top w:val="single" w:sz="4" w:space="0" w:color="2773BE"/>
              <w:left w:val="single" w:sz="4" w:space="0" w:color="2773BE"/>
              <w:bottom w:val="single" w:sz="4" w:space="0" w:color="2773BE"/>
              <w:right w:val="single" w:sz="4" w:space="0" w:color="2773BE"/>
            </w:tcBorders>
          </w:tcPr>
          <w:p w14:paraId="35638136" w14:textId="77777777" w:rsidR="00B240CF" w:rsidRPr="00CB5E59" w:rsidRDefault="00B240CF">
            <w:pPr>
              <w:spacing w:before="120" w:after="120"/>
              <w:outlineLvl w:val="1"/>
              <w:rPr>
                <w:rFonts w:eastAsia="Times New Roman" w:cs="Arial"/>
                <w:b/>
                <w:bCs/>
                <w:lang w:eastAsia="en-GB"/>
              </w:rPr>
            </w:pPr>
            <w:r w:rsidRPr="62931247">
              <w:rPr>
                <w:rFonts w:eastAsia="Times New Roman" w:cs="Arial"/>
                <w:b/>
                <w:bCs/>
              </w:rPr>
              <w:t>1. First Impressions</w:t>
            </w:r>
          </w:p>
        </w:tc>
        <w:tc>
          <w:tcPr>
            <w:tcW w:w="1134" w:type="dxa"/>
            <w:tcBorders>
              <w:top w:val="nil"/>
              <w:left w:val="single" w:sz="4" w:space="0" w:color="2773BE"/>
              <w:bottom w:val="single" w:sz="4" w:space="0" w:color="2773BE"/>
              <w:right w:val="nil"/>
            </w:tcBorders>
            <w:vAlign w:val="center"/>
          </w:tcPr>
          <w:p w14:paraId="4560C038" w14:textId="77777777" w:rsidR="00B240CF" w:rsidRPr="00CB5E59" w:rsidRDefault="00B240CF">
            <w:pPr>
              <w:spacing w:before="120" w:after="120"/>
              <w:jc w:val="center"/>
              <w:outlineLvl w:val="1"/>
              <w:rPr>
                <w:rFonts w:eastAsia="Times New Roman" w:cs="Arial"/>
                <w:b/>
                <w:bCs/>
                <w:sz w:val="21"/>
                <w:szCs w:val="21"/>
                <w:lang w:eastAsia="en-GB"/>
              </w:rPr>
            </w:pPr>
          </w:p>
        </w:tc>
        <w:tc>
          <w:tcPr>
            <w:tcW w:w="1134" w:type="dxa"/>
            <w:tcBorders>
              <w:top w:val="nil"/>
              <w:left w:val="nil"/>
              <w:bottom w:val="single" w:sz="4" w:space="0" w:color="2773BE"/>
              <w:right w:val="nil"/>
            </w:tcBorders>
            <w:vAlign w:val="center"/>
          </w:tcPr>
          <w:p w14:paraId="2BBB08C0" w14:textId="77777777" w:rsidR="00B240CF" w:rsidRPr="00CB5E59" w:rsidRDefault="00B240CF">
            <w:pPr>
              <w:spacing w:before="120" w:after="120"/>
              <w:jc w:val="center"/>
              <w:outlineLvl w:val="1"/>
              <w:rPr>
                <w:rFonts w:eastAsia="Times New Roman" w:cs="Arial"/>
                <w:b/>
                <w:bCs/>
                <w:sz w:val="21"/>
                <w:szCs w:val="21"/>
                <w:lang w:eastAsia="en-GB"/>
              </w:rPr>
            </w:pPr>
          </w:p>
        </w:tc>
        <w:tc>
          <w:tcPr>
            <w:tcW w:w="1134" w:type="dxa"/>
            <w:tcBorders>
              <w:top w:val="nil"/>
              <w:left w:val="nil"/>
              <w:bottom w:val="single" w:sz="4" w:space="0" w:color="2773BE"/>
              <w:right w:val="nil"/>
            </w:tcBorders>
            <w:vAlign w:val="center"/>
          </w:tcPr>
          <w:p w14:paraId="414B7083" w14:textId="77777777" w:rsidR="00B240CF" w:rsidRPr="00CB5E59" w:rsidRDefault="00B240CF">
            <w:pPr>
              <w:spacing w:before="120" w:after="120"/>
              <w:jc w:val="center"/>
              <w:outlineLvl w:val="1"/>
              <w:rPr>
                <w:rFonts w:eastAsia="Times New Roman" w:cs="Arial"/>
                <w:b/>
                <w:bCs/>
                <w:sz w:val="21"/>
                <w:szCs w:val="21"/>
                <w:lang w:eastAsia="en-GB"/>
              </w:rPr>
            </w:pPr>
          </w:p>
        </w:tc>
      </w:tr>
      <w:tr w:rsidR="00B240CF" w:rsidRPr="009A790F" w14:paraId="1DE4435F" w14:textId="77777777" w:rsidTr="62931247">
        <w:tc>
          <w:tcPr>
            <w:tcW w:w="3114" w:type="dxa"/>
            <w:tcBorders>
              <w:top w:val="single" w:sz="4" w:space="0" w:color="2773BE"/>
              <w:left w:val="single" w:sz="4" w:space="0" w:color="2773BE"/>
              <w:bottom w:val="single" w:sz="4" w:space="0" w:color="2773BE"/>
              <w:right w:val="single" w:sz="4" w:space="0" w:color="2773BE"/>
            </w:tcBorders>
            <w:shd w:val="clear" w:color="auto" w:fill="3F80CD"/>
          </w:tcPr>
          <w:p w14:paraId="4D2E171C" w14:textId="77777777" w:rsidR="00B240CF" w:rsidRPr="009A790F" w:rsidRDefault="00B240CF">
            <w:pPr>
              <w:spacing w:before="120" w:after="120"/>
              <w:outlineLvl w:val="1"/>
              <w:rPr>
                <w:rFonts w:eastAsia="Times New Roman" w:cs="Arial"/>
                <w:b/>
                <w:bCs/>
                <w:color w:val="FFFFFF" w:themeColor="background1"/>
                <w:lang w:eastAsia="en-GB"/>
              </w:rPr>
            </w:pPr>
            <w:r w:rsidRPr="62931247">
              <w:rPr>
                <w:rFonts w:eastAsia="Times New Roman" w:cs="Arial"/>
                <w:b/>
                <w:bCs/>
                <w:color w:val="FFFFFF" w:themeColor="background1"/>
              </w:rPr>
              <w:t>Check:</w:t>
            </w:r>
          </w:p>
        </w:tc>
        <w:tc>
          <w:tcPr>
            <w:tcW w:w="7796" w:type="dxa"/>
            <w:tcBorders>
              <w:top w:val="single" w:sz="4" w:space="0" w:color="2773BE"/>
              <w:left w:val="single" w:sz="4" w:space="0" w:color="2773BE"/>
              <w:bottom w:val="single" w:sz="4" w:space="0" w:color="2773BE"/>
              <w:right w:val="single" w:sz="4" w:space="0" w:color="2773BE"/>
            </w:tcBorders>
            <w:shd w:val="clear" w:color="auto" w:fill="3F80CD"/>
          </w:tcPr>
          <w:p w14:paraId="7C395B18" w14:textId="77777777" w:rsidR="00B240CF" w:rsidRPr="009A790F" w:rsidRDefault="00B240CF">
            <w:pPr>
              <w:spacing w:before="120" w:after="120"/>
              <w:outlineLvl w:val="1"/>
              <w:rPr>
                <w:rFonts w:eastAsia="Times New Roman" w:cs="Arial"/>
                <w:b/>
                <w:bCs/>
                <w:color w:val="FFFFFF" w:themeColor="background1"/>
                <w:lang w:eastAsia="en-GB"/>
              </w:rPr>
            </w:pPr>
            <w:r w:rsidRPr="62931247">
              <w:rPr>
                <w:rFonts w:eastAsia="Times New Roman" w:cs="Arial"/>
                <w:b/>
                <w:bCs/>
                <w:color w:val="FFFFFF" w:themeColor="background1"/>
              </w:rPr>
              <w:t>What good looks like:</w:t>
            </w:r>
          </w:p>
        </w:tc>
        <w:tc>
          <w:tcPr>
            <w:tcW w:w="1134" w:type="dxa"/>
            <w:tcBorders>
              <w:top w:val="single" w:sz="4" w:space="0" w:color="2773BE"/>
              <w:left w:val="single" w:sz="4" w:space="0" w:color="2773BE"/>
              <w:bottom w:val="single" w:sz="4" w:space="0" w:color="2773BE"/>
              <w:right w:val="single" w:sz="4" w:space="0" w:color="2773BE"/>
            </w:tcBorders>
            <w:shd w:val="clear" w:color="auto" w:fill="3F80CD"/>
            <w:vAlign w:val="center"/>
          </w:tcPr>
          <w:p w14:paraId="3F68A453" w14:textId="77777777" w:rsidR="00B240CF" w:rsidRPr="009A790F" w:rsidRDefault="00B240CF">
            <w:pPr>
              <w:spacing w:before="120" w:after="120"/>
              <w:jc w:val="center"/>
              <w:outlineLvl w:val="1"/>
              <w:rPr>
                <w:rFonts w:eastAsia="Times New Roman" w:cs="Arial"/>
                <w:b/>
                <w:bCs/>
                <w:color w:val="FFFFFF" w:themeColor="background1"/>
                <w:lang w:eastAsia="en-GB"/>
              </w:rPr>
            </w:pPr>
            <w:r w:rsidRPr="62931247">
              <w:rPr>
                <w:rFonts w:eastAsia="Times New Roman" w:cs="Arial"/>
                <w:b/>
                <w:bCs/>
                <w:color w:val="FFFFFF" w:themeColor="background1"/>
                <w:sz w:val="21"/>
                <w:szCs w:val="21"/>
              </w:rPr>
              <w:t>Yes</w:t>
            </w:r>
          </w:p>
        </w:tc>
        <w:tc>
          <w:tcPr>
            <w:tcW w:w="1134" w:type="dxa"/>
            <w:tcBorders>
              <w:top w:val="single" w:sz="4" w:space="0" w:color="2773BE"/>
              <w:left w:val="single" w:sz="4" w:space="0" w:color="2773BE"/>
              <w:bottom w:val="single" w:sz="4" w:space="0" w:color="2773BE"/>
              <w:right w:val="single" w:sz="4" w:space="0" w:color="2773BE"/>
            </w:tcBorders>
            <w:shd w:val="clear" w:color="auto" w:fill="3F80CD"/>
            <w:vAlign w:val="center"/>
          </w:tcPr>
          <w:p w14:paraId="2C74E0B1" w14:textId="77777777" w:rsidR="00B240CF" w:rsidRPr="009A790F" w:rsidRDefault="00B240CF">
            <w:pPr>
              <w:spacing w:before="120" w:after="120"/>
              <w:jc w:val="center"/>
              <w:outlineLvl w:val="1"/>
              <w:rPr>
                <w:rFonts w:eastAsia="Times New Roman" w:cs="Arial"/>
                <w:b/>
                <w:bCs/>
                <w:color w:val="FFFFFF" w:themeColor="background1"/>
                <w:lang w:eastAsia="en-GB"/>
              </w:rPr>
            </w:pPr>
            <w:r w:rsidRPr="62931247">
              <w:rPr>
                <w:rFonts w:eastAsia="Times New Roman" w:cs="Arial"/>
                <w:b/>
                <w:bCs/>
                <w:color w:val="FFFFFF" w:themeColor="background1"/>
                <w:sz w:val="21"/>
                <w:szCs w:val="21"/>
              </w:rPr>
              <w:t>No</w:t>
            </w:r>
          </w:p>
        </w:tc>
        <w:tc>
          <w:tcPr>
            <w:tcW w:w="1134" w:type="dxa"/>
            <w:tcBorders>
              <w:top w:val="single" w:sz="4" w:space="0" w:color="2773BE"/>
              <w:left w:val="single" w:sz="4" w:space="0" w:color="2773BE"/>
              <w:bottom w:val="single" w:sz="4" w:space="0" w:color="2773BE"/>
              <w:right w:val="single" w:sz="4" w:space="0" w:color="2773BE"/>
            </w:tcBorders>
            <w:shd w:val="clear" w:color="auto" w:fill="3F80CD"/>
            <w:vAlign w:val="center"/>
          </w:tcPr>
          <w:p w14:paraId="1ADCA64B" w14:textId="77777777" w:rsidR="00B240CF" w:rsidRPr="009A790F" w:rsidRDefault="00B240CF">
            <w:pPr>
              <w:spacing w:before="120" w:after="120"/>
              <w:jc w:val="center"/>
              <w:outlineLvl w:val="1"/>
              <w:rPr>
                <w:rFonts w:eastAsia="Times New Roman" w:cs="Arial"/>
                <w:b/>
                <w:bCs/>
                <w:color w:val="FFFFFF" w:themeColor="background1"/>
                <w:lang w:eastAsia="en-GB"/>
              </w:rPr>
            </w:pPr>
            <w:r w:rsidRPr="62931247">
              <w:rPr>
                <w:rFonts w:eastAsia="Times New Roman" w:cs="Arial"/>
                <w:b/>
                <w:bCs/>
                <w:color w:val="FFFFFF" w:themeColor="background1"/>
                <w:sz w:val="21"/>
                <w:szCs w:val="21"/>
              </w:rPr>
              <w:t>Could be better</w:t>
            </w:r>
          </w:p>
        </w:tc>
      </w:tr>
      <w:tr w:rsidR="00B240CF" w:rsidRPr="00CB5E59" w14:paraId="5B3701E3" w14:textId="77777777" w:rsidTr="62931247">
        <w:tc>
          <w:tcPr>
            <w:tcW w:w="3114" w:type="dxa"/>
            <w:tcBorders>
              <w:top w:val="single" w:sz="4" w:space="0" w:color="2773BE"/>
              <w:left w:val="single" w:sz="4" w:space="0" w:color="2773BE"/>
              <w:bottom w:val="single" w:sz="4" w:space="0" w:color="2773BE"/>
              <w:right w:val="single" w:sz="4" w:space="0" w:color="2773BE"/>
            </w:tcBorders>
            <w:vAlign w:val="center"/>
          </w:tcPr>
          <w:p w14:paraId="58F948DC" w14:textId="77777777" w:rsidR="00B240CF" w:rsidRPr="00CB5E59" w:rsidRDefault="00B240CF" w:rsidP="62931247">
            <w:pPr>
              <w:spacing w:before="100" w:beforeAutospacing="1" w:after="100" w:afterAutospacing="1"/>
              <w:outlineLvl w:val="1"/>
              <w:rPr>
                <w:rFonts w:eastAsia="Times New Roman" w:cs="Arial"/>
                <w:b/>
                <w:bCs/>
                <w:lang w:eastAsia="en-GB"/>
              </w:rPr>
            </w:pPr>
            <w:r w:rsidRPr="62931247">
              <w:rPr>
                <w:rFonts w:eastAsia="Times New Roman" w:cs="Arial"/>
                <w:b/>
                <w:bCs/>
              </w:rPr>
              <w:t>Profile picture</w:t>
            </w:r>
          </w:p>
        </w:tc>
        <w:tc>
          <w:tcPr>
            <w:tcW w:w="7796" w:type="dxa"/>
            <w:tcBorders>
              <w:top w:val="single" w:sz="4" w:space="0" w:color="2773BE"/>
              <w:left w:val="single" w:sz="4" w:space="0" w:color="2773BE"/>
              <w:bottom w:val="single" w:sz="4" w:space="0" w:color="2773BE"/>
              <w:right w:val="single" w:sz="4" w:space="0" w:color="2773BE"/>
            </w:tcBorders>
          </w:tcPr>
          <w:p w14:paraId="6E6D0659" w14:textId="318DE83C" w:rsidR="00B240CF" w:rsidRPr="00CB5E59" w:rsidRDefault="00B240CF">
            <w:pPr>
              <w:spacing w:before="120" w:after="120"/>
              <w:outlineLvl w:val="1"/>
              <w:rPr>
                <w:rFonts w:eastAsia="Times New Roman" w:cs="Arial"/>
                <w:lang w:eastAsia="en-GB"/>
              </w:rPr>
            </w:pPr>
            <w:r w:rsidRPr="62931247">
              <w:rPr>
                <w:rFonts w:eastAsia="Times New Roman" w:cs="Arial"/>
              </w:rPr>
              <w:t xml:space="preserve">Clear, current, </w:t>
            </w:r>
            <w:r w:rsidR="7C4350CD" w:rsidRPr="62931247">
              <w:rPr>
                <w:rFonts w:eastAsia="Times New Roman" w:cs="Arial"/>
              </w:rPr>
              <w:t>professional,</w:t>
            </w:r>
            <w:r w:rsidRPr="62931247">
              <w:rPr>
                <w:rFonts w:eastAsia="Times New Roman" w:cs="Arial"/>
              </w:rPr>
              <w:t xml:space="preserve"> and approachable. Good lighting; no cropped group photos. </w:t>
            </w:r>
          </w:p>
        </w:tc>
        <w:tc>
          <w:tcPr>
            <w:tcW w:w="1134" w:type="dxa"/>
            <w:tcBorders>
              <w:top w:val="single" w:sz="4" w:space="0" w:color="2773BE"/>
              <w:left w:val="single" w:sz="4" w:space="0" w:color="2773BE"/>
              <w:bottom w:val="single" w:sz="4" w:space="0" w:color="2773BE"/>
            </w:tcBorders>
            <w:vAlign w:val="center"/>
          </w:tcPr>
          <w:p w14:paraId="679969C8"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bottom w:val="single" w:sz="4" w:space="0" w:color="2773BE"/>
            </w:tcBorders>
            <w:vAlign w:val="center"/>
          </w:tcPr>
          <w:p w14:paraId="037C1B9D"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bottom w:val="single" w:sz="4" w:space="0" w:color="2773BE"/>
            </w:tcBorders>
            <w:vAlign w:val="center"/>
          </w:tcPr>
          <w:p w14:paraId="4B3C1679"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02E43DDA" w14:textId="77777777" w:rsidTr="62931247">
        <w:tc>
          <w:tcPr>
            <w:tcW w:w="3114" w:type="dxa"/>
            <w:tcBorders>
              <w:top w:val="single" w:sz="4" w:space="0" w:color="2773BE"/>
              <w:left w:val="single" w:sz="4" w:space="0" w:color="2773BE"/>
              <w:bottom w:val="single" w:sz="4" w:space="0" w:color="2773BE"/>
              <w:right w:val="single" w:sz="4" w:space="0" w:color="2773BE"/>
            </w:tcBorders>
            <w:vAlign w:val="center"/>
          </w:tcPr>
          <w:p w14:paraId="68504AD0" w14:textId="77777777" w:rsidR="00B240CF" w:rsidRPr="00CB5E59" w:rsidRDefault="00B240CF" w:rsidP="62931247">
            <w:pPr>
              <w:spacing w:before="100" w:beforeAutospacing="1" w:after="100" w:afterAutospacing="1"/>
              <w:outlineLvl w:val="1"/>
              <w:rPr>
                <w:rFonts w:eastAsia="Times New Roman" w:cs="Arial"/>
                <w:b/>
                <w:bCs/>
                <w:lang w:eastAsia="en-GB"/>
              </w:rPr>
            </w:pPr>
            <w:r w:rsidRPr="62931247">
              <w:rPr>
                <w:rFonts w:eastAsia="Times New Roman" w:cs="Arial"/>
                <w:b/>
                <w:bCs/>
              </w:rPr>
              <w:t>Banner</w:t>
            </w:r>
          </w:p>
        </w:tc>
        <w:tc>
          <w:tcPr>
            <w:tcW w:w="7796" w:type="dxa"/>
            <w:tcBorders>
              <w:top w:val="single" w:sz="4" w:space="0" w:color="2773BE"/>
              <w:left w:val="single" w:sz="4" w:space="0" w:color="2773BE"/>
              <w:bottom w:val="single" w:sz="4" w:space="0" w:color="2773BE"/>
              <w:right w:val="single" w:sz="4" w:space="0" w:color="2773BE"/>
            </w:tcBorders>
          </w:tcPr>
          <w:p w14:paraId="6B52F63C" w14:textId="77777777" w:rsidR="00B240CF" w:rsidRPr="00CB5E59" w:rsidRDefault="00B240CF">
            <w:pPr>
              <w:spacing w:before="120" w:after="120"/>
              <w:outlineLvl w:val="1"/>
              <w:rPr>
                <w:rFonts w:eastAsia="Times New Roman" w:cs="Arial"/>
                <w:lang w:eastAsia="en-GB"/>
              </w:rPr>
            </w:pPr>
            <w:r w:rsidRPr="62931247">
              <w:rPr>
                <w:rFonts w:eastAsia="Times New Roman" w:cs="Arial"/>
              </w:rPr>
              <w:t>Simple and relevant to your role, organisation, skills or employer engagement focus. Avoid lots of small text.</w:t>
            </w:r>
          </w:p>
        </w:tc>
        <w:tc>
          <w:tcPr>
            <w:tcW w:w="1134" w:type="dxa"/>
            <w:tcBorders>
              <w:top w:val="single" w:sz="4" w:space="0" w:color="2773BE"/>
              <w:left w:val="single" w:sz="4" w:space="0" w:color="2773BE"/>
              <w:bottom w:val="single" w:sz="4" w:space="0" w:color="2773BE"/>
              <w:right w:val="single" w:sz="4" w:space="0" w:color="2773BE"/>
            </w:tcBorders>
            <w:vAlign w:val="center"/>
          </w:tcPr>
          <w:p w14:paraId="68BD527B"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42122E19"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4E7F40C2"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10FC9CB9" w14:textId="77777777" w:rsidTr="62931247">
        <w:tc>
          <w:tcPr>
            <w:tcW w:w="3114" w:type="dxa"/>
            <w:tcBorders>
              <w:top w:val="single" w:sz="4" w:space="0" w:color="2773BE"/>
              <w:left w:val="single" w:sz="4" w:space="0" w:color="2773BE"/>
              <w:bottom w:val="single" w:sz="4" w:space="0" w:color="2773BE"/>
              <w:right w:val="single" w:sz="4" w:space="0" w:color="2773BE"/>
            </w:tcBorders>
            <w:vAlign w:val="center"/>
          </w:tcPr>
          <w:p w14:paraId="092592D7" w14:textId="77777777" w:rsidR="00B240CF" w:rsidRPr="00CB5E59" w:rsidRDefault="00B240CF" w:rsidP="62931247">
            <w:pPr>
              <w:spacing w:before="100" w:beforeAutospacing="1" w:after="100" w:afterAutospacing="1"/>
              <w:outlineLvl w:val="1"/>
              <w:rPr>
                <w:rFonts w:eastAsia="Times New Roman" w:cs="Arial"/>
                <w:b/>
                <w:bCs/>
                <w:lang w:eastAsia="en-GB"/>
              </w:rPr>
            </w:pPr>
            <w:r w:rsidRPr="62931247">
              <w:rPr>
                <w:rFonts w:eastAsia="Times New Roman" w:cs="Arial"/>
                <w:b/>
                <w:bCs/>
              </w:rPr>
              <w:t>Headline</w:t>
            </w:r>
          </w:p>
        </w:tc>
        <w:tc>
          <w:tcPr>
            <w:tcW w:w="7796" w:type="dxa"/>
            <w:tcBorders>
              <w:top w:val="single" w:sz="4" w:space="0" w:color="2773BE"/>
              <w:left w:val="single" w:sz="4" w:space="0" w:color="2773BE"/>
              <w:bottom w:val="single" w:sz="4" w:space="0" w:color="2773BE"/>
              <w:right w:val="single" w:sz="4" w:space="0" w:color="2773BE"/>
            </w:tcBorders>
          </w:tcPr>
          <w:p w14:paraId="017EEFE5" w14:textId="77777777" w:rsidR="00B240CF" w:rsidRPr="00CB5E59" w:rsidRDefault="00B240CF">
            <w:pPr>
              <w:spacing w:before="120" w:after="120"/>
              <w:rPr>
                <w:rFonts w:eastAsia="Times New Roman" w:cs="Arial"/>
                <w:lang w:eastAsia="en-GB"/>
              </w:rPr>
            </w:pPr>
            <w:r w:rsidRPr="62931247">
              <w:rPr>
                <w:rFonts w:eastAsia="Times New Roman" w:cs="Arial"/>
              </w:rPr>
              <w:t>Goes beyond your job title and explains who you help or what you help employers do.</w:t>
            </w:r>
          </w:p>
        </w:tc>
        <w:tc>
          <w:tcPr>
            <w:tcW w:w="1134" w:type="dxa"/>
            <w:tcBorders>
              <w:top w:val="single" w:sz="4" w:space="0" w:color="2773BE"/>
              <w:left w:val="single" w:sz="4" w:space="0" w:color="2773BE"/>
              <w:bottom w:val="single" w:sz="4" w:space="0" w:color="2773BE"/>
              <w:right w:val="single" w:sz="4" w:space="0" w:color="2773BE"/>
            </w:tcBorders>
            <w:vAlign w:val="center"/>
          </w:tcPr>
          <w:p w14:paraId="7DC5C79F"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27880C7D"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2953DAC6"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0EE712BA" w14:textId="77777777" w:rsidTr="62931247">
        <w:tc>
          <w:tcPr>
            <w:tcW w:w="3114" w:type="dxa"/>
            <w:tcBorders>
              <w:top w:val="single" w:sz="4" w:space="0" w:color="2773BE"/>
              <w:left w:val="single" w:sz="4" w:space="0" w:color="2773BE"/>
              <w:bottom w:val="single" w:sz="4" w:space="0" w:color="2773BE"/>
              <w:right w:val="single" w:sz="4" w:space="0" w:color="2773BE"/>
            </w:tcBorders>
            <w:vAlign w:val="center"/>
          </w:tcPr>
          <w:p w14:paraId="461520ED" w14:textId="77777777" w:rsidR="00B240CF" w:rsidRPr="002D2AAF" w:rsidRDefault="00B240CF" w:rsidP="62931247">
            <w:pPr>
              <w:spacing w:before="100" w:beforeAutospacing="1" w:after="100" w:afterAutospacing="1"/>
              <w:outlineLvl w:val="1"/>
              <w:rPr>
                <w:rFonts w:eastAsia="Times New Roman" w:cs="Arial"/>
                <w:b/>
                <w:bCs/>
                <w:lang w:eastAsia="en-GB"/>
              </w:rPr>
            </w:pPr>
            <w:r w:rsidRPr="002D2AAF">
              <w:rPr>
                <w:rFonts w:eastAsia="Times New Roman" w:cs="Arial"/>
                <w:b/>
                <w:bCs/>
              </w:rPr>
              <w:t>Mobile view</w:t>
            </w:r>
          </w:p>
        </w:tc>
        <w:tc>
          <w:tcPr>
            <w:tcW w:w="7796" w:type="dxa"/>
            <w:tcBorders>
              <w:top w:val="single" w:sz="4" w:space="0" w:color="2773BE"/>
              <w:left w:val="single" w:sz="4" w:space="0" w:color="2773BE"/>
              <w:bottom w:val="single" w:sz="4" w:space="0" w:color="2773BE"/>
              <w:right w:val="single" w:sz="4" w:space="0" w:color="2773BE"/>
            </w:tcBorders>
          </w:tcPr>
          <w:p w14:paraId="339CF505" w14:textId="77777777" w:rsidR="00B240CF" w:rsidRPr="00CB5E59" w:rsidRDefault="00B240CF">
            <w:pPr>
              <w:spacing w:before="120" w:after="120"/>
              <w:rPr>
                <w:rFonts w:eastAsia="Times New Roman" w:cs="Arial"/>
                <w:lang w:eastAsia="en-GB"/>
              </w:rPr>
            </w:pPr>
            <w:r w:rsidRPr="62931247">
              <w:rPr>
                <w:rFonts w:eastAsia="Times New Roman" w:cs="Arial"/>
              </w:rPr>
              <w:t>Check your profile on your phone. Is your headline clear? Does the banner crop well?</w:t>
            </w:r>
          </w:p>
        </w:tc>
        <w:tc>
          <w:tcPr>
            <w:tcW w:w="1134" w:type="dxa"/>
            <w:tcBorders>
              <w:top w:val="single" w:sz="4" w:space="0" w:color="2773BE"/>
              <w:left w:val="single" w:sz="4" w:space="0" w:color="2773BE"/>
              <w:bottom w:val="single" w:sz="4" w:space="0" w:color="2773BE"/>
              <w:right w:val="single" w:sz="4" w:space="0" w:color="2773BE"/>
            </w:tcBorders>
            <w:vAlign w:val="center"/>
          </w:tcPr>
          <w:p w14:paraId="2770A140"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26E6E553" w14:textId="77777777" w:rsidR="00B240CF" w:rsidRPr="00CB5E59" w:rsidRDefault="00B240CF">
            <w:pPr>
              <w:spacing w:before="120" w:after="120"/>
              <w:jc w:val="center"/>
              <w:outlineLvl w:val="1"/>
              <w:rPr>
                <w:rFonts w:eastAsia="Times New Roman" w:cs="Arial"/>
                <w:b/>
                <w:bCs/>
                <w:lang w:eastAsia="en-GB"/>
              </w:rPr>
            </w:pPr>
          </w:p>
        </w:tc>
        <w:tc>
          <w:tcPr>
            <w:tcW w:w="1134" w:type="dxa"/>
            <w:tcBorders>
              <w:top w:val="single" w:sz="4" w:space="0" w:color="2773BE"/>
              <w:left w:val="single" w:sz="4" w:space="0" w:color="2773BE"/>
              <w:bottom w:val="single" w:sz="4" w:space="0" w:color="2773BE"/>
              <w:right w:val="single" w:sz="4" w:space="0" w:color="2773BE"/>
            </w:tcBorders>
            <w:vAlign w:val="center"/>
          </w:tcPr>
          <w:p w14:paraId="02F8692A"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1C2C76F3" w14:textId="77777777" w:rsidTr="62931247">
        <w:tc>
          <w:tcPr>
            <w:tcW w:w="14312" w:type="dxa"/>
            <w:gridSpan w:val="5"/>
            <w:tcBorders>
              <w:top w:val="single" w:sz="4" w:space="0" w:color="2773BE"/>
              <w:left w:val="single" w:sz="4" w:space="0" w:color="2773BE"/>
              <w:bottom w:val="single" w:sz="4" w:space="0" w:color="2773BE"/>
              <w:right w:val="single" w:sz="4" w:space="0" w:color="2773BE"/>
            </w:tcBorders>
            <w:vAlign w:val="center"/>
          </w:tcPr>
          <w:p w14:paraId="51C63254" w14:textId="77777777" w:rsidR="00B240CF" w:rsidRPr="00CB5E59" w:rsidRDefault="00B240CF">
            <w:pPr>
              <w:spacing w:before="120" w:after="120"/>
              <w:outlineLvl w:val="1"/>
              <w:rPr>
                <w:rFonts w:eastAsia="Times New Roman" w:cs="Arial"/>
                <w:b/>
                <w:bCs/>
                <w:lang w:eastAsia="en-GB"/>
              </w:rPr>
            </w:pPr>
            <w:r w:rsidRPr="62931247">
              <w:rPr>
                <w:rFonts w:eastAsia="Times New Roman" w:cs="Arial"/>
                <w:b/>
                <w:bCs/>
              </w:rPr>
              <w:t>Headline formula</w:t>
            </w:r>
          </w:p>
          <w:p w14:paraId="3B85994E" w14:textId="77777777" w:rsidR="00B240CF" w:rsidRPr="00CB5E59" w:rsidRDefault="00B240CF">
            <w:pPr>
              <w:spacing w:before="120" w:after="120"/>
              <w:outlineLvl w:val="1"/>
              <w:rPr>
                <w:rFonts w:eastAsia="Times New Roman" w:cs="Arial"/>
                <w:lang w:eastAsia="en-GB"/>
              </w:rPr>
            </w:pPr>
            <w:r w:rsidRPr="62931247">
              <w:rPr>
                <w:rFonts w:eastAsia="Times New Roman" w:cs="Arial"/>
              </w:rPr>
              <w:t>Helping [who] with [what] | [key offer or focus] | [organisation/role]</w:t>
            </w:r>
          </w:p>
          <w:p w14:paraId="0F57288B" w14:textId="77777777" w:rsidR="00B240CF" w:rsidRPr="006426C0" w:rsidRDefault="00B240CF">
            <w:pPr>
              <w:spacing w:before="120" w:after="120"/>
              <w:outlineLvl w:val="1"/>
              <w:rPr>
                <w:rFonts w:eastAsia="Times New Roman" w:cs="Arial"/>
                <w:b/>
                <w:bCs/>
                <w:sz w:val="6"/>
                <w:szCs w:val="6"/>
                <w:lang w:eastAsia="en-GB"/>
              </w:rPr>
            </w:pPr>
          </w:p>
          <w:p w14:paraId="1DBB22DB" w14:textId="77777777" w:rsidR="00B240CF" w:rsidRPr="00CB5E59" w:rsidRDefault="00B240CF">
            <w:pPr>
              <w:spacing w:before="120" w:after="120"/>
              <w:outlineLvl w:val="1"/>
              <w:rPr>
                <w:rFonts w:eastAsia="Times New Roman" w:cs="Arial"/>
                <w:b/>
                <w:bCs/>
                <w:lang w:eastAsia="en-GB"/>
              </w:rPr>
            </w:pPr>
            <w:r w:rsidRPr="62931247">
              <w:rPr>
                <w:rFonts w:eastAsia="Times New Roman" w:cs="Arial"/>
                <w:b/>
                <w:bCs/>
              </w:rPr>
              <w:t>Examples:</w:t>
            </w:r>
          </w:p>
          <w:p w14:paraId="2F34F48A" w14:textId="77777777" w:rsidR="00B240CF" w:rsidRPr="00CB5E59" w:rsidRDefault="00B240CF" w:rsidP="00B240CF">
            <w:pPr>
              <w:numPr>
                <w:ilvl w:val="0"/>
                <w:numId w:val="22"/>
              </w:numPr>
              <w:spacing w:before="120" w:after="120"/>
              <w:ind w:left="714" w:hanging="357"/>
              <w:outlineLvl w:val="1"/>
              <w:rPr>
                <w:rFonts w:eastAsia="Times New Roman" w:cs="Arial"/>
                <w:lang w:eastAsia="en-GB"/>
              </w:rPr>
            </w:pPr>
            <w:r w:rsidRPr="62931247">
              <w:rPr>
                <w:rFonts w:eastAsia="Times New Roman" w:cs="Arial"/>
              </w:rPr>
              <w:t>Helping employers build future talent through T Level industry placements | Employer Engagement at X College</w:t>
            </w:r>
          </w:p>
          <w:p w14:paraId="1D9628D4" w14:textId="77777777" w:rsidR="00B240CF" w:rsidRPr="00CB5E59" w:rsidRDefault="00B240CF" w:rsidP="00B240CF">
            <w:pPr>
              <w:numPr>
                <w:ilvl w:val="0"/>
                <w:numId w:val="22"/>
              </w:numPr>
              <w:spacing w:before="120" w:after="120"/>
              <w:ind w:left="714" w:hanging="357"/>
              <w:outlineLvl w:val="1"/>
              <w:rPr>
                <w:rFonts w:eastAsia="Times New Roman" w:cs="Arial"/>
                <w:lang w:eastAsia="en-GB"/>
              </w:rPr>
            </w:pPr>
            <w:r w:rsidRPr="62931247">
              <w:rPr>
                <w:rFonts w:eastAsia="Times New Roman" w:cs="Arial"/>
              </w:rPr>
              <w:t>Connecting local employers with T Level students, skills and future workforce opportunities</w:t>
            </w:r>
          </w:p>
          <w:p w14:paraId="036D88F9" w14:textId="0D82B500" w:rsidR="00B240CF" w:rsidRPr="006426C0" w:rsidRDefault="00B240CF" w:rsidP="006426C0">
            <w:pPr>
              <w:numPr>
                <w:ilvl w:val="0"/>
                <w:numId w:val="22"/>
              </w:numPr>
              <w:spacing w:before="120" w:after="120"/>
              <w:ind w:left="714" w:hanging="357"/>
              <w:outlineLvl w:val="1"/>
              <w:rPr>
                <w:rFonts w:eastAsia="Times New Roman" w:cs="Arial"/>
                <w:lang w:eastAsia="en-GB"/>
              </w:rPr>
            </w:pPr>
            <w:r w:rsidRPr="62931247">
              <w:rPr>
                <w:rFonts w:eastAsia="Times New Roman" w:cs="Arial"/>
              </w:rPr>
              <w:lastRenderedPageBreak/>
              <w:t>Supporting construction employers with T Levels, placements and early talent pathways</w:t>
            </w:r>
          </w:p>
        </w:tc>
      </w:tr>
    </w:tbl>
    <w:p w14:paraId="45248C74" w14:textId="77777777" w:rsidR="00B240CF" w:rsidRPr="00CB5E59" w:rsidRDefault="00B240CF" w:rsidP="00B240CF">
      <w:pPr>
        <w:rPr>
          <w:rFonts w:cs="Arial"/>
        </w:rPr>
      </w:pPr>
    </w:p>
    <w:tbl>
      <w:tblPr>
        <w:tblStyle w:val="TableGrid"/>
        <w:tblW w:w="14312" w:type="dxa"/>
        <w:tblLayout w:type="fixed"/>
        <w:tblLook w:val="04A0" w:firstRow="1" w:lastRow="0" w:firstColumn="1" w:lastColumn="0" w:noHBand="0" w:noVBand="1"/>
      </w:tblPr>
      <w:tblGrid>
        <w:gridCol w:w="3114"/>
        <w:gridCol w:w="7796"/>
        <w:gridCol w:w="3402"/>
      </w:tblGrid>
      <w:tr w:rsidR="00B240CF" w:rsidRPr="00CB5E59" w14:paraId="2FE9D084" w14:textId="77777777" w:rsidTr="62931247">
        <w:tc>
          <w:tcPr>
            <w:tcW w:w="10910" w:type="dxa"/>
            <w:gridSpan w:val="2"/>
            <w:tcBorders>
              <w:top w:val="single" w:sz="4" w:space="0" w:color="2773BE"/>
              <w:left w:val="single" w:sz="4" w:space="0" w:color="2773BE"/>
              <w:bottom w:val="single" w:sz="4" w:space="0" w:color="2773BE"/>
              <w:right w:val="single" w:sz="4" w:space="0" w:color="2773BE"/>
            </w:tcBorders>
          </w:tcPr>
          <w:p w14:paraId="262D1D14" w14:textId="77777777" w:rsidR="00B240CF" w:rsidRPr="00CB5E59" w:rsidRDefault="00B240CF">
            <w:pPr>
              <w:spacing w:before="120" w:after="120"/>
              <w:outlineLvl w:val="1"/>
              <w:rPr>
                <w:rFonts w:eastAsia="Times New Roman" w:cs="Arial"/>
                <w:b/>
                <w:bCs/>
                <w:lang w:eastAsia="en-GB"/>
              </w:rPr>
            </w:pPr>
            <w:r w:rsidRPr="62931247">
              <w:rPr>
                <w:rFonts w:eastAsia="Times New Roman" w:cs="Arial"/>
                <w:b/>
                <w:bCs/>
              </w:rPr>
              <w:t>2. About Section: make the value clear</w:t>
            </w:r>
          </w:p>
        </w:tc>
        <w:tc>
          <w:tcPr>
            <w:tcW w:w="3402" w:type="dxa"/>
            <w:tcBorders>
              <w:top w:val="nil"/>
              <w:left w:val="single" w:sz="4" w:space="0" w:color="2773BE"/>
              <w:bottom w:val="single" w:sz="4" w:space="0" w:color="2773BE"/>
              <w:right w:val="nil"/>
            </w:tcBorders>
            <w:vAlign w:val="center"/>
          </w:tcPr>
          <w:p w14:paraId="2BC14110" w14:textId="77777777" w:rsidR="00B240CF" w:rsidRPr="00CB5E59" w:rsidRDefault="00B240CF">
            <w:pPr>
              <w:spacing w:before="120" w:after="120"/>
              <w:jc w:val="center"/>
              <w:outlineLvl w:val="1"/>
              <w:rPr>
                <w:rFonts w:eastAsia="Times New Roman" w:cs="Arial"/>
                <w:b/>
                <w:bCs/>
                <w:lang w:eastAsia="en-GB"/>
              </w:rPr>
            </w:pPr>
          </w:p>
        </w:tc>
      </w:tr>
      <w:tr w:rsidR="00B240CF" w:rsidRPr="009A790F" w14:paraId="34A05A43" w14:textId="77777777" w:rsidTr="62931247">
        <w:tc>
          <w:tcPr>
            <w:tcW w:w="3114" w:type="dxa"/>
            <w:tcBorders>
              <w:top w:val="single" w:sz="4" w:space="0" w:color="2773BE"/>
              <w:left w:val="single" w:sz="4" w:space="0" w:color="2773BE"/>
              <w:bottom w:val="single" w:sz="4" w:space="0" w:color="2773BE"/>
              <w:right w:val="single" w:sz="4" w:space="0" w:color="2773BE"/>
            </w:tcBorders>
            <w:shd w:val="clear" w:color="auto" w:fill="3F80CD"/>
          </w:tcPr>
          <w:p w14:paraId="37F1194B" w14:textId="77777777" w:rsidR="00B240CF" w:rsidRPr="009A790F" w:rsidRDefault="00B240CF">
            <w:pPr>
              <w:spacing w:before="120" w:after="120"/>
              <w:outlineLvl w:val="1"/>
              <w:rPr>
                <w:rFonts w:eastAsia="Times New Roman" w:cs="Arial"/>
                <w:b/>
                <w:bCs/>
                <w:color w:val="FFFFFF" w:themeColor="background1"/>
                <w:lang w:eastAsia="en-GB"/>
              </w:rPr>
            </w:pPr>
            <w:r w:rsidRPr="62931247">
              <w:rPr>
                <w:rFonts w:eastAsia="Times New Roman" w:cs="Arial"/>
                <w:b/>
                <w:bCs/>
                <w:color w:val="FFFFFF" w:themeColor="background1"/>
              </w:rPr>
              <w:t>Does it answer?</w:t>
            </w:r>
          </w:p>
        </w:tc>
        <w:tc>
          <w:tcPr>
            <w:tcW w:w="7796" w:type="dxa"/>
            <w:tcBorders>
              <w:top w:val="single" w:sz="4" w:space="0" w:color="2773BE"/>
              <w:left w:val="single" w:sz="4" w:space="0" w:color="2773BE"/>
              <w:bottom w:val="single" w:sz="4" w:space="0" w:color="2773BE"/>
              <w:right w:val="single" w:sz="4" w:space="0" w:color="2773BE"/>
            </w:tcBorders>
            <w:shd w:val="clear" w:color="auto" w:fill="3F80CD"/>
          </w:tcPr>
          <w:p w14:paraId="376414B5" w14:textId="77777777" w:rsidR="00B240CF" w:rsidRPr="009A790F" w:rsidRDefault="00B240CF">
            <w:pPr>
              <w:spacing w:before="120" w:after="120"/>
              <w:outlineLvl w:val="1"/>
              <w:rPr>
                <w:rFonts w:eastAsia="Times New Roman" w:cs="Arial"/>
                <w:b/>
                <w:bCs/>
                <w:color w:val="FFFFFF" w:themeColor="background1"/>
                <w:lang w:eastAsia="en-GB"/>
              </w:rPr>
            </w:pPr>
          </w:p>
        </w:tc>
        <w:tc>
          <w:tcPr>
            <w:tcW w:w="3402" w:type="dxa"/>
            <w:tcBorders>
              <w:top w:val="single" w:sz="4" w:space="0" w:color="2773BE"/>
              <w:left w:val="single" w:sz="4" w:space="0" w:color="2773BE"/>
              <w:bottom w:val="single" w:sz="4" w:space="0" w:color="2773BE"/>
              <w:right w:val="single" w:sz="4" w:space="0" w:color="2773BE"/>
            </w:tcBorders>
            <w:shd w:val="clear" w:color="auto" w:fill="3F80CD"/>
            <w:vAlign w:val="center"/>
          </w:tcPr>
          <w:p w14:paraId="157B4204" w14:textId="77777777" w:rsidR="00B240CF" w:rsidRPr="009A790F" w:rsidRDefault="00B240CF">
            <w:pPr>
              <w:spacing w:before="120" w:after="120"/>
              <w:jc w:val="center"/>
              <w:outlineLvl w:val="1"/>
              <w:rPr>
                <w:rFonts w:eastAsia="Times New Roman" w:cs="Arial"/>
                <w:b/>
                <w:bCs/>
                <w:color w:val="FFFFFF" w:themeColor="background1"/>
                <w:lang w:eastAsia="en-GB"/>
              </w:rPr>
            </w:pPr>
            <w:r w:rsidRPr="62931247">
              <w:rPr>
                <w:rFonts w:eastAsia="Times New Roman" w:cs="Arial"/>
                <w:b/>
                <w:bCs/>
                <w:color w:val="FFFFFF" w:themeColor="background1"/>
              </w:rPr>
              <w:t>Review notes:</w:t>
            </w:r>
          </w:p>
        </w:tc>
      </w:tr>
      <w:tr w:rsidR="00B240CF" w:rsidRPr="00CB5E59" w14:paraId="56C4000A"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06B388C5"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Who are you and what is your role?</w:t>
            </w:r>
          </w:p>
        </w:tc>
        <w:tc>
          <w:tcPr>
            <w:tcW w:w="7796" w:type="dxa"/>
            <w:vMerge w:val="restart"/>
            <w:tcBorders>
              <w:top w:val="single" w:sz="4" w:space="0" w:color="2773BE"/>
              <w:left w:val="single" w:sz="4" w:space="0" w:color="2773BE"/>
              <w:bottom w:val="single" w:sz="4" w:space="0" w:color="2773BE"/>
              <w:right w:val="single" w:sz="4" w:space="0" w:color="2773BE"/>
            </w:tcBorders>
          </w:tcPr>
          <w:p w14:paraId="3092AB89" w14:textId="77777777" w:rsidR="00B240CF" w:rsidRPr="00CB5E59" w:rsidRDefault="00B240CF">
            <w:pPr>
              <w:spacing w:before="120" w:after="120"/>
              <w:rPr>
                <w:rFonts w:eastAsia="Times New Roman" w:cs="Arial"/>
                <w:lang w:eastAsia="en-GB"/>
              </w:rPr>
            </w:pPr>
            <w:r w:rsidRPr="62931247">
              <w:rPr>
                <w:rFonts w:eastAsia="Times New Roman" w:cs="Arial"/>
              </w:rPr>
              <w:t>Your ‘About section’ does not need to be long. Aim for 3–5 short paragraphs.</w:t>
            </w:r>
          </w:p>
          <w:p w14:paraId="05CB6291" w14:textId="77777777" w:rsidR="00B240CF" w:rsidRPr="00CB5E59" w:rsidRDefault="00B240CF">
            <w:pPr>
              <w:spacing w:before="120" w:after="120"/>
              <w:rPr>
                <w:rFonts w:eastAsia="Times New Roman" w:cs="Arial"/>
                <w:b/>
                <w:bCs/>
                <w:lang w:eastAsia="en-GB"/>
              </w:rPr>
            </w:pPr>
          </w:p>
          <w:p w14:paraId="66910634" w14:textId="77777777" w:rsidR="00B240CF" w:rsidRPr="00CB5E59" w:rsidRDefault="00B240CF">
            <w:pPr>
              <w:spacing w:before="120" w:after="120"/>
              <w:rPr>
                <w:rFonts w:eastAsia="Times New Roman" w:cs="Arial"/>
                <w:lang w:eastAsia="en-GB"/>
              </w:rPr>
            </w:pPr>
            <w:r w:rsidRPr="62931247">
              <w:rPr>
                <w:rFonts w:eastAsia="Times New Roman" w:cs="Arial"/>
                <w:b/>
                <w:bCs/>
              </w:rPr>
              <w:t>Useful words employers may search for</w:t>
            </w:r>
          </w:p>
          <w:p w14:paraId="64A7D533" w14:textId="77777777" w:rsidR="00B240CF" w:rsidRPr="00CB5E59" w:rsidRDefault="00B240CF">
            <w:pPr>
              <w:spacing w:before="120" w:after="120"/>
              <w:rPr>
                <w:rFonts w:eastAsia="Times New Roman" w:cs="Arial"/>
                <w:lang w:eastAsia="en-GB"/>
              </w:rPr>
            </w:pPr>
            <w:r w:rsidRPr="62931247">
              <w:rPr>
                <w:rFonts w:eastAsia="Times New Roman" w:cs="Arial"/>
              </w:rPr>
              <w:t>T Levels • industry placements • future talent • skills • workforce development • apprenticeships • employer partnerships • recruitment • training • business growth • early careers</w:t>
            </w:r>
          </w:p>
          <w:p w14:paraId="15AAFD57" w14:textId="77777777" w:rsidR="00B240CF" w:rsidRPr="00CB5E59" w:rsidRDefault="00B240CF">
            <w:pPr>
              <w:spacing w:before="120" w:after="120"/>
              <w:rPr>
                <w:rFonts w:eastAsia="Times New Roman" w:cs="Arial"/>
                <w:lang w:eastAsia="en-GB"/>
              </w:rPr>
            </w:pPr>
          </w:p>
          <w:p w14:paraId="5BC5B717" w14:textId="77777777" w:rsidR="00B240CF" w:rsidRPr="00CB5E59" w:rsidRDefault="00B240CF">
            <w:pPr>
              <w:spacing w:before="120" w:after="120"/>
              <w:rPr>
                <w:rFonts w:eastAsia="Times New Roman" w:cs="Arial"/>
                <w:lang w:eastAsia="en-GB"/>
              </w:rPr>
            </w:pPr>
            <w:r w:rsidRPr="62931247">
              <w:rPr>
                <w:rFonts w:eastAsia="Times New Roman" w:cs="Arial"/>
                <w:b/>
                <w:bCs/>
              </w:rPr>
              <w:t>Simple structure</w:t>
            </w:r>
          </w:p>
          <w:p w14:paraId="4B0DC7F2" w14:textId="77777777" w:rsidR="00B240CF" w:rsidRPr="00CB5E59" w:rsidRDefault="00B240CF">
            <w:pPr>
              <w:spacing w:before="120" w:after="120"/>
              <w:rPr>
                <w:rFonts w:eastAsia="Times New Roman" w:cs="Arial"/>
                <w:lang w:eastAsia="en-GB"/>
              </w:rPr>
            </w:pPr>
            <w:r w:rsidRPr="62931247">
              <w:rPr>
                <w:rFonts w:eastAsia="Times New Roman" w:cs="Arial"/>
              </w:rPr>
              <w:t>I work with…</w:t>
            </w:r>
            <w:r>
              <w:br/>
            </w:r>
            <w:r w:rsidRPr="62931247">
              <w:rPr>
                <w:rFonts w:eastAsia="Times New Roman" w:cs="Arial"/>
              </w:rPr>
              <w:t>I help employers to…</w:t>
            </w:r>
            <w:r>
              <w:br/>
            </w:r>
            <w:r w:rsidRPr="62931247">
              <w:rPr>
                <w:rFonts w:eastAsia="Times New Roman" w:cs="Arial"/>
              </w:rPr>
              <w:t>I am particularly interested in…</w:t>
            </w:r>
            <w:r>
              <w:br/>
            </w:r>
            <w:r w:rsidRPr="62931247">
              <w:rPr>
                <w:rFonts w:eastAsia="Times New Roman" w:cs="Arial"/>
              </w:rPr>
              <w:t>Please connect if…</w:t>
            </w:r>
          </w:p>
        </w:tc>
        <w:tc>
          <w:tcPr>
            <w:tcW w:w="3402" w:type="dxa"/>
            <w:vMerge w:val="restart"/>
            <w:tcBorders>
              <w:top w:val="single" w:sz="4" w:space="0" w:color="2773BE"/>
              <w:left w:val="single" w:sz="4" w:space="0" w:color="2773BE"/>
              <w:bottom w:val="single" w:sz="4" w:space="0" w:color="2773BE"/>
              <w:right w:val="single" w:sz="4" w:space="0" w:color="2773BE"/>
            </w:tcBorders>
            <w:vAlign w:val="center"/>
          </w:tcPr>
          <w:p w14:paraId="6ABC598A"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55CD9DAC"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3842519B"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Which employers, sectors or location/s do you work with?</w:t>
            </w:r>
          </w:p>
        </w:tc>
        <w:tc>
          <w:tcPr>
            <w:tcW w:w="7796" w:type="dxa"/>
            <w:vMerge/>
          </w:tcPr>
          <w:p w14:paraId="63417635" w14:textId="77777777" w:rsidR="00B240CF" w:rsidRPr="00CB5E59" w:rsidRDefault="00B240CF">
            <w:pPr>
              <w:spacing w:before="120" w:after="120"/>
              <w:outlineLvl w:val="1"/>
              <w:rPr>
                <w:rFonts w:eastAsia="Times New Roman" w:cs="Arial"/>
                <w:b/>
                <w:bCs/>
                <w:lang w:eastAsia="en-GB"/>
              </w:rPr>
            </w:pPr>
          </w:p>
        </w:tc>
        <w:tc>
          <w:tcPr>
            <w:tcW w:w="3402" w:type="dxa"/>
            <w:vMerge/>
            <w:vAlign w:val="center"/>
          </w:tcPr>
          <w:p w14:paraId="6160B35B"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450FEE68"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4C26B3BD"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What do you help employers achieve?</w:t>
            </w:r>
          </w:p>
        </w:tc>
        <w:tc>
          <w:tcPr>
            <w:tcW w:w="7796" w:type="dxa"/>
            <w:vMerge/>
          </w:tcPr>
          <w:p w14:paraId="03CA34DA" w14:textId="77777777" w:rsidR="00B240CF" w:rsidRPr="00CB5E59" w:rsidRDefault="00B240CF">
            <w:pPr>
              <w:spacing w:before="120" w:after="120"/>
              <w:outlineLvl w:val="1"/>
              <w:rPr>
                <w:rFonts w:eastAsia="Times New Roman" w:cs="Arial"/>
                <w:b/>
                <w:bCs/>
                <w:lang w:eastAsia="en-GB"/>
              </w:rPr>
            </w:pPr>
          </w:p>
        </w:tc>
        <w:tc>
          <w:tcPr>
            <w:tcW w:w="3402" w:type="dxa"/>
            <w:vMerge/>
            <w:vAlign w:val="center"/>
          </w:tcPr>
          <w:p w14:paraId="7F5A44D7"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40ABE2BB"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0F39E0D4"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Why might an employer want to connect?</w:t>
            </w:r>
          </w:p>
        </w:tc>
        <w:tc>
          <w:tcPr>
            <w:tcW w:w="7796" w:type="dxa"/>
            <w:vMerge/>
          </w:tcPr>
          <w:p w14:paraId="3A72DEB6" w14:textId="77777777" w:rsidR="00B240CF" w:rsidRPr="00CB5E59" w:rsidRDefault="00B240CF">
            <w:pPr>
              <w:spacing w:before="120" w:after="120"/>
              <w:outlineLvl w:val="1"/>
              <w:rPr>
                <w:rFonts w:eastAsia="Times New Roman" w:cs="Arial"/>
                <w:b/>
                <w:bCs/>
                <w:lang w:eastAsia="en-GB"/>
              </w:rPr>
            </w:pPr>
          </w:p>
        </w:tc>
        <w:tc>
          <w:tcPr>
            <w:tcW w:w="3402" w:type="dxa"/>
            <w:vMerge/>
            <w:vAlign w:val="center"/>
          </w:tcPr>
          <w:p w14:paraId="63D6C0B6" w14:textId="77777777" w:rsidR="00B240CF" w:rsidRPr="00CB5E59" w:rsidRDefault="00B240CF">
            <w:pPr>
              <w:spacing w:before="120" w:after="120"/>
              <w:jc w:val="center"/>
              <w:outlineLvl w:val="1"/>
              <w:rPr>
                <w:rFonts w:eastAsia="Times New Roman" w:cs="Arial"/>
                <w:b/>
                <w:bCs/>
                <w:lang w:eastAsia="en-GB"/>
              </w:rPr>
            </w:pPr>
          </w:p>
        </w:tc>
      </w:tr>
      <w:tr w:rsidR="00B240CF" w:rsidRPr="00CB5E59" w14:paraId="7A20D95E"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1D25E6E5"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What is your invitation or call to action?</w:t>
            </w:r>
          </w:p>
        </w:tc>
        <w:tc>
          <w:tcPr>
            <w:tcW w:w="7796" w:type="dxa"/>
            <w:vMerge/>
          </w:tcPr>
          <w:p w14:paraId="52179331" w14:textId="77777777" w:rsidR="00B240CF" w:rsidRPr="00CB5E59" w:rsidRDefault="00B240CF">
            <w:pPr>
              <w:spacing w:before="120" w:after="120"/>
              <w:outlineLvl w:val="1"/>
              <w:rPr>
                <w:rFonts w:eastAsia="Times New Roman" w:cs="Arial"/>
                <w:b/>
                <w:bCs/>
                <w:lang w:eastAsia="en-GB"/>
              </w:rPr>
            </w:pPr>
          </w:p>
        </w:tc>
        <w:tc>
          <w:tcPr>
            <w:tcW w:w="3402" w:type="dxa"/>
            <w:vMerge/>
            <w:vAlign w:val="center"/>
          </w:tcPr>
          <w:p w14:paraId="6D769AE3" w14:textId="77777777" w:rsidR="00B240CF" w:rsidRPr="00CB5E59" w:rsidRDefault="00B240CF">
            <w:pPr>
              <w:spacing w:before="120" w:after="120"/>
              <w:jc w:val="center"/>
              <w:outlineLvl w:val="1"/>
              <w:rPr>
                <w:rFonts w:eastAsia="Times New Roman" w:cs="Arial"/>
                <w:b/>
                <w:bCs/>
                <w:lang w:eastAsia="en-GB"/>
              </w:rPr>
            </w:pPr>
          </w:p>
        </w:tc>
      </w:tr>
    </w:tbl>
    <w:p w14:paraId="593FE25C" w14:textId="77777777" w:rsidR="00B240CF" w:rsidRPr="00CB5E59" w:rsidRDefault="00B240CF" w:rsidP="00B240CF">
      <w:pPr>
        <w:spacing w:before="120" w:after="120" w:line="240" w:lineRule="auto"/>
        <w:outlineLvl w:val="1"/>
        <w:rPr>
          <w:rFonts w:eastAsia="Times New Roman" w:cs="Arial"/>
          <w:b/>
          <w:bCs/>
          <w:lang w:eastAsia="en-GB"/>
        </w:rPr>
      </w:pPr>
    </w:p>
    <w:tbl>
      <w:tblPr>
        <w:tblStyle w:val="TableGrid"/>
        <w:tblW w:w="14312" w:type="dxa"/>
        <w:tblLayout w:type="fixed"/>
        <w:tblLook w:val="04A0" w:firstRow="1" w:lastRow="0" w:firstColumn="1" w:lastColumn="0" w:noHBand="0" w:noVBand="1"/>
      </w:tblPr>
      <w:tblGrid>
        <w:gridCol w:w="3114"/>
        <w:gridCol w:w="7796"/>
        <w:gridCol w:w="3402"/>
      </w:tblGrid>
      <w:tr w:rsidR="00B240CF" w:rsidRPr="00CB5E59" w14:paraId="255C1C1A" w14:textId="77777777" w:rsidTr="62931247">
        <w:tc>
          <w:tcPr>
            <w:tcW w:w="10910" w:type="dxa"/>
            <w:gridSpan w:val="2"/>
            <w:tcBorders>
              <w:top w:val="single" w:sz="4" w:space="0" w:color="2773BE"/>
              <w:left w:val="single" w:sz="4" w:space="0" w:color="2773BE"/>
              <w:bottom w:val="single" w:sz="4" w:space="0" w:color="2773BE"/>
              <w:right w:val="single" w:sz="4" w:space="0" w:color="2773BE"/>
            </w:tcBorders>
          </w:tcPr>
          <w:p w14:paraId="02DBBCF7" w14:textId="77777777" w:rsidR="00B240CF" w:rsidRPr="00CB5E59" w:rsidRDefault="00B240CF">
            <w:pPr>
              <w:spacing w:before="120" w:after="120"/>
              <w:outlineLvl w:val="1"/>
              <w:rPr>
                <w:rFonts w:eastAsia="Times New Roman" w:cs="Arial"/>
                <w:b/>
                <w:bCs/>
                <w:lang w:eastAsia="en-GB"/>
              </w:rPr>
            </w:pPr>
            <w:r w:rsidRPr="62931247">
              <w:rPr>
                <w:rFonts w:eastAsia="Times New Roman" w:cs="Arial"/>
                <w:b/>
                <w:bCs/>
              </w:rPr>
              <w:t xml:space="preserve">3. Experience Section: show impact, not just responsibilities </w:t>
            </w:r>
          </w:p>
          <w:p w14:paraId="42ED0587" w14:textId="77777777" w:rsidR="00B240CF" w:rsidRPr="00CB5E59" w:rsidRDefault="00B240CF">
            <w:pPr>
              <w:spacing w:before="120" w:after="120"/>
              <w:outlineLvl w:val="1"/>
              <w:rPr>
                <w:rFonts w:eastAsia="Times New Roman" w:cs="Arial"/>
                <w:b/>
                <w:bCs/>
                <w:lang w:eastAsia="en-GB"/>
              </w:rPr>
            </w:pPr>
          </w:p>
        </w:tc>
        <w:tc>
          <w:tcPr>
            <w:tcW w:w="3402" w:type="dxa"/>
            <w:tcBorders>
              <w:top w:val="nil"/>
              <w:left w:val="single" w:sz="4" w:space="0" w:color="2773BE"/>
              <w:bottom w:val="single" w:sz="4" w:space="0" w:color="2773BE"/>
              <w:right w:val="nil"/>
            </w:tcBorders>
            <w:vAlign w:val="center"/>
          </w:tcPr>
          <w:p w14:paraId="19F9F5EC" w14:textId="77777777" w:rsidR="00B240CF" w:rsidRPr="00CB5E59" w:rsidRDefault="00B240CF">
            <w:pPr>
              <w:spacing w:before="120" w:after="120"/>
              <w:jc w:val="center"/>
              <w:outlineLvl w:val="1"/>
              <w:rPr>
                <w:rFonts w:eastAsia="Times New Roman" w:cs="Arial"/>
                <w:b/>
                <w:bCs/>
                <w:lang w:eastAsia="en-GB"/>
              </w:rPr>
            </w:pPr>
          </w:p>
        </w:tc>
      </w:tr>
      <w:tr w:rsidR="00B240CF" w:rsidRPr="009A790F" w14:paraId="0881F37F" w14:textId="77777777" w:rsidTr="62931247">
        <w:tc>
          <w:tcPr>
            <w:tcW w:w="3114" w:type="dxa"/>
            <w:tcBorders>
              <w:top w:val="single" w:sz="4" w:space="0" w:color="2773BE"/>
              <w:left w:val="single" w:sz="4" w:space="0" w:color="2773BE"/>
              <w:bottom w:val="single" w:sz="4" w:space="0" w:color="2773BE"/>
              <w:right w:val="single" w:sz="4" w:space="0" w:color="2773BE"/>
            </w:tcBorders>
            <w:shd w:val="clear" w:color="auto" w:fill="2773BE"/>
          </w:tcPr>
          <w:p w14:paraId="59AEE237" w14:textId="77777777" w:rsidR="00B240CF" w:rsidRPr="009A790F" w:rsidRDefault="00B240CF">
            <w:pPr>
              <w:spacing w:before="120" w:after="120"/>
              <w:outlineLvl w:val="1"/>
              <w:rPr>
                <w:rFonts w:eastAsia="Times New Roman" w:cs="Arial"/>
                <w:b/>
                <w:bCs/>
                <w:color w:val="FFFFFF" w:themeColor="background1"/>
                <w:lang w:eastAsia="en-GB"/>
              </w:rPr>
            </w:pPr>
            <w:r w:rsidRPr="62931247">
              <w:rPr>
                <w:rFonts w:eastAsia="Times New Roman" w:cs="Arial"/>
                <w:b/>
                <w:bCs/>
                <w:color w:val="FFFFFF" w:themeColor="background1"/>
              </w:rPr>
              <w:t>Instead of:</w:t>
            </w:r>
          </w:p>
        </w:tc>
        <w:tc>
          <w:tcPr>
            <w:tcW w:w="7796" w:type="dxa"/>
            <w:tcBorders>
              <w:top w:val="single" w:sz="4" w:space="0" w:color="2773BE"/>
              <w:left w:val="single" w:sz="4" w:space="0" w:color="2773BE"/>
              <w:bottom w:val="single" w:sz="4" w:space="0" w:color="2773BE"/>
              <w:right w:val="single" w:sz="4" w:space="0" w:color="2773BE"/>
            </w:tcBorders>
            <w:shd w:val="clear" w:color="auto" w:fill="2773BE"/>
          </w:tcPr>
          <w:p w14:paraId="252950D7" w14:textId="77777777" w:rsidR="00B240CF" w:rsidRPr="009A790F" w:rsidRDefault="00B240CF">
            <w:pPr>
              <w:spacing w:before="120" w:after="120"/>
              <w:outlineLvl w:val="1"/>
              <w:rPr>
                <w:rFonts w:eastAsia="Times New Roman" w:cs="Arial"/>
                <w:b/>
                <w:bCs/>
                <w:color w:val="FFFFFF" w:themeColor="background1"/>
                <w:lang w:eastAsia="en-GB"/>
              </w:rPr>
            </w:pPr>
            <w:r w:rsidRPr="62931247">
              <w:rPr>
                <w:rFonts w:eastAsia="Times New Roman" w:cs="Arial"/>
                <w:b/>
                <w:bCs/>
                <w:color w:val="FFFFFF" w:themeColor="background1"/>
              </w:rPr>
              <w:t>Try:</w:t>
            </w:r>
          </w:p>
        </w:tc>
        <w:tc>
          <w:tcPr>
            <w:tcW w:w="3402" w:type="dxa"/>
            <w:tcBorders>
              <w:top w:val="single" w:sz="4" w:space="0" w:color="2773BE"/>
              <w:left w:val="single" w:sz="4" w:space="0" w:color="2773BE"/>
              <w:bottom w:val="single" w:sz="4" w:space="0" w:color="2773BE"/>
              <w:right w:val="single" w:sz="4" w:space="0" w:color="2773BE"/>
            </w:tcBorders>
            <w:shd w:val="clear" w:color="auto" w:fill="2773BE"/>
            <w:vAlign w:val="center"/>
          </w:tcPr>
          <w:p w14:paraId="3D0F216C" w14:textId="77777777" w:rsidR="00B240CF" w:rsidRPr="009A790F" w:rsidRDefault="00B240CF">
            <w:pPr>
              <w:spacing w:before="120" w:after="120"/>
              <w:jc w:val="center"/>
              <w:outlineLvl w:val="1"/>
              <w:rPr>
                <w:rFonts w:eastAsia="Times New Roman" w:cs="Arial"/>
                <w:b/>
                <w:bCs/>
                <w:color w:val="FFFFFF" w:themeColor="background1"/>
                <w:lang w:eastAsia="en-GB"/>
              </w:rPr>
            </w:pPr>
            <w:r w:rsidRPr="62931247">
              <w:rPr>
                <w:rFonts w:eastAsia="Times New Roman" w:cs="Arial"/>
                <w:b/>
                <w:bCs/>
                <w:color w:val="FFFFFF" w:themeColor="background1"/>
              </w:rPr>
              <w:t>Review notes:</w:t>
            </w:r>
          </w:p>
        </w:tc>
      </w:tr>
      <w:tr w:rsidR="00B240CF" w:rsidRPr="00CB5E59" w14:paraId="795121AF"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7C66F8A5" w14:textId="77777777" w:rsidR="00B240CF" w:rsidRPr="00CB5E59" w:rsidRDefault="00B240CF" w:rsidP="62931247">
            <w:pPr>
              <w:spacing w:before="100" w:beforeAutospacing="1" w:after="100" w:afterAutospacing="1"/>
              <w:rPr>
                <w:rFonts w:eastAsia="Times New Roman" w:cs="Arial"/>
                <w:lang w:eastAsia="en-GB"/>
              </w:rPr>
            </w:pPr>
            <w:r w:rsidRPr="62931247">
              <w:rPr>
                <w:rFonts w:eastAsia="Times New Roman" w:cs="Arial"/>
              </w:rPr>
              <w:t>Listing internal duties</w:t>
            </w:r>
          </w:p>
        </w:tc>
        <w:tc>
          <w:tcPr>
            <w:tcW w:w="7796" w:type="dxa"/>
            <w:tcBorders>
              <w:top w:val="single" w:sz="4" w:space="0" w:color="2773BE"/>
              <w:left w:val="single" w:sz="4" w:space="0" w:color="2773BE"/>
              <w:bottom w:val="single" w:sz="4" w:space="0" w:color="2773BE"/>
              <w:right w:val="single" w:sz="4" w:space="0" w:color="2773BE"/>
            </w:tcBorders>
          </w:tcPr>
          <w:p w14:paraId="155DC3E9" w14:textId="77777777" w:rsidR="00B240CF" w:rsidRPr="00CB5E59" w:rsidRDefault="00B240CF" w:rsidP="62931247">
            <w:pPr>
              <w:spacing w:before="120" w:after="120"/>
              <w:contextualSpacing/>
              <w:rPr>
                <w:rFonts w:eastAsia="Times New Roman" w:cs="Arial"/>
                <w:lang w:eastAsia="en-GB"/>
              </w:rPr>
            </w:pPr>
          </w:p>
          <w:p w14:paraId="49317FC3" w14:textId="77777777" w:rsidR="00B240CF" w:rsidRPr="00CB5E59" w:rsidRDefault="00B240CF" w:rsidP="62931247">
            <w:pPr>
              <w:spacing w:before="120" w:after="120"/>
              <w:contextualSpacing/>
              <w:rPr>
                <w:rFonts w:eastAsia="Times New Roman" w:cs="Arial"/>
                <w:lang w:eastAsia="en-GB"/>
              </w:rPr>
            </w:pPr>
            <w:r w:rsidRPr="62931247">
              <w:rPr>
                <w:rFonts w:eastAsia="Times New Roman" w:cs="Arial"/>
              </w:rPr>
              <w:t>Explaining the employer or student impact</w:t>
            </w:r>
          </w:p>
        </w:tc>
        <w:tc>
          <w:tcPr>
            <w:tcW w:w="3402" w:type="dxa"/>
            <w:vMerge w:val="restart"/>
            <w:tcBorders>
              <w:top w:val="single" w:sz="4" w:space="0" w:color="2773BE"/>
              <w:left w:val="single" w:sz="4" w:space="0" w:color="2773BE"/>
              <w:bottom w:val="single" w:sz="4" w:space="0" w:color="2773BE"/>
              <w:right w:val="single" w:sz="4" w:space="0" w:color="2773BE"/>
            </w:tcBorders>
            <w:vAlign w:val="center"/>
          </w:tcPr>
          <w:p w14:paraId="0AFF2593" w14:textId="77777777" w:rsidR="00B240CF" w:rsidRPr="00CB5E59" w:rsidRDefault="00B240CF">
            <w:pPr>
              <w:spacing w:before="120" w:after="120"/>
              <w:outlineLvl w:val="1"/>
              <w:rPr>
                <w:rFonts w:eastAsia="Times New Roman" w:cs="Arial"/>
                <w:b/>
                <w:bCs/>
                <w:lang w:eastAsia="en-GB"/>
              </w:rPr>
            </w:pPr>
          </w:p>
        </w:tc>
      </w:tr>
      <w:tr w:rsidR="00B240CF" w:rsidRPr="00CB5E59" w14:paraId="2D460C37"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38863A00" w14:textId="77777777" w:rsidR="00B240CF" w:rsidRPr="00CB5E59" w:rsidRDefault="00B240CF">
            <w:pPr>
              <w:spacing w:before="120" w:after="120"/>
              <w:rPr>
                <w:rFonts w:eastAsia="Times New Roman" w:cs="Arial"/>
                <w:lang w:eastAsia="en-GB"/>
              </w:rPr>
            </w:pPr>
            <w:r w:rsidRPr="62931247">
              <w:rPr>
                <w:rFonts w:eastAsia="Times New Roman" w:cs="Arial"/>
              </w:rPr>
              <w:t>Using provider / education acronyms</w:t>
            </w:r>
          </w:p>
        </w:tc>
        <w:tc>
          <w:tcPr>
            <w:tcW w:w="7796" w:type="dxa"/>
            <w:tcBorders>
              <w:top w:val="single" w:sz="4" w:space="0" w:color="2773BE"/>
              <w:left w:val="single" w:sz="4" w:space="0" w:color="2773BE"/>
              <w:bottom w:val="single" w:sz="4" w:space="0" w:color="2773BE"/>
              <w:right w:val="single" w:sz="4" w:space="0" w:color="2773BE"/>
            </w:tcBorders>
          </w:tcPr>
          <w:p w14:paraId="106BDC68" w14:textId="77777777" w:rsidR="00B240CF" w:rsidRPr="00CB5E59" w:rsidRDefault="00B240CF" w:rsidP="62931247">
            <w:pPr>
              <w:spacing w:before="120" w:after="120"/>
              <w:contextualSpacing/>
              <w:rPr>
                <w:rFonts w:eastAsia="Times New Roman" w:cs="Arial"/>
                <w:lang w:eastAsia="en-GB"/>
              </w:rPr>
            </w:pPr>
          </w:p>
          <w:p w14:paraId="14F3436C" w14:textId="77777777" w:rsidR="00B240CF" w:rsidRPr="00CB5E59" w:rsidRDefault="00B240CF" w:rsidP="62931247">
            <w:pPr>
              <w:spacing w:before="120" w:after="120"/>
              <w:contextualSpacing/>
              <w:rPr>
                <w:rFonts w:eastAsia="Times New Roman" w:cs="Arial"/>
                <w:lang w:eastAsia="en-GB"/>
              </w:rPr>
            </w:pPr>
            <w:r w:rsidRPr="62931247">
              <w:rPr>
                <w:rFonts w:eastAsia="Times New Roman" w:cs="Arial"/>
              </w:rPr>
              <w:t>Using clear employer-friendly language</w:t>
            </w:r>
          </w:p>
          <w:p w14:paraId="536E3E34" w14:textId="77777777" w:rsidR="00B240CF" w:rsidRPr="00CB5E59" w:rsidRDefault="00B240CF" w:rsidP="62931247">
            <w:pPr>
              <w:spacing w:before="120" w:after="120"/>
              <w:contextualSpacing/>
              <w:rPr>
                <w:rFonts w:eastAsia="Times New Roman" w:cs="Arial"/>
                <w:lang w:eastAsia="en-GB"/>
              </w:rPr>
            </w:pPr>
          </w:p>
        </w:tc>
        <w:tc>
          <w:tcPr>
            <w:tcW w:w="3402" w:type="dxa"/>
            <w:vMerge/>
            <w:vAlign w:val="center"/>
          </w:tcPr>
          <w:p w14:paraId="47554508" w14:textId="77777777" w:rsidR="00B240CF" w:rsidRPr="00CB5E59" w:rsidRDefault="00B240CF">
            <w:pPr>
              <w:spacing w:before="120" w:after="120"/>
              <w:outlineLvl w:val="1"/>
              <w:rPr>
                <w:rFonts w:eastAsia="Times New Roman" w:cs="Arial"/>
                <w:b/>
                <w:bCs/>
                <w:lang w:eastAsia="en-GB"/>
              </w:rPr>
            </w:pPr>
          </w:p>
        </w:tc>
      </w:tr>
      <w:tr w:rsidR="00B240CF" w:rsidRPr="00CB5E59" w14:paraId="3CBD049D"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734F5851" w14:textId="77777777" w:rsidR="00B240CF" w:rsidRPr="00CB5E59" w:rsidRDefault="00B240CF">
            <w:pPr>
              <w:spacing w:before="120" w:after="120"/>
              <w:rPr>
                <w:rFonts w:eastAsia="Times New Roman" w:cs="Arial"/>
                <w:lang w:eastAsia="en-GB"/>
              </w:rPr>
            </w:pPr>
            <w:r w:rsidRPr="62931247">
              <w:rPr>
                <w:rFonts w:eastAsia="Times New Roman" w:cs="Arial"/>
              </w:rPr>
              <w:t>Saying “responsible for employer engagement”</w:t>
            </w:r>
          </w:p>
        </w:tc>
        <w:tc>
          <w:tcPr>
            <w:tcW w:w="7796" w:type="dxa"/>
            <w:tcBorders>
              <w:top w:val="single" w:sz="4" w:space="0" w:color="2773BE"/>
              <w:left w:val="single" w:sz="4" w:space="0" w:color="2773BE"/>
              <w:bottom w:val="single" w:sz="4" w:space="0" w:color="2773BE"/>
              <w:right w:val="single" w:sz="4" w:space="0" w:color="2773BE"/>
            </w:tcBorders>
          </w:tcPr>
          <w:p w14:paraId="45FC206C" w14:textId="77777777" w:rsidR="00B240CF" w:rsidRPr="00CB5E59" w:rsidRDefault="00B240CF" w:rsidP="62931247">
            <w:pPr>
              <w:spacing w:before="120" w:after="120"/>
              <w:contextualSpacing/>
              <w:rPr>
                <w:rFonts w:eastAsia="Times New Roman" w:cs="Arial"/>
                <w:lang w:eastAsia="en-GB"/>
              </w:rPr>
            </w:pPr>
          </w:p>
          <w:p w14:paraId="50F7CE52" w14:textId="77777777" w:rsidR="00B240CF" w:rsidRDefault="00B240CF" w:rsidP="62931247">
            <w:pPr>
              <w:spacing w:before="120" w:after="120"/>
              <w:contextualSpacing/>
              <w:rPr>
                <w:rFonts w:eastAsia="Times New Roman" w:cs="Arial"/>
              </w:rPr>
            </w:pPr>
            <w:r w:rsidRPr="62931247">
              <w:rPr>
                <w:rFonts w:eastAsia="Times New Roman" w:cs="Arial"/>
              </w:rPr>
              <w:t>“Building partnerships with employers to create meaningful T Level industry placement opportunities”</w:t>
            </w:r>
          </w:p>
          <w:p w14:paraId="676158AC" w14:textId="77777777" w:rsidR="00AC0739" w:rsidRPr="00AC0739" w:rsidRDefault="00AC0739" w:rsidP="00AC0739">
            <w:pPr>
              <w:rPr>
                <w:rFonts w:eastAsia="Times New Roman" w:cs="Arial"/>
                <w:lang w:eastAsia="en-GB"/>
              </w:rPr>
            </w:pPr>
          </w:p>
          <w:p w14:paraId="7474B8F5" w14:textId="31128534" w:rsidR="00AC0739" w:rsidRPr="00AC0739" w:rsidRDefault="00AC0739" w:rsidP="00AC0739">
            <w:pPr>
              <w:jc w:val="right"/>
              <w:rPr>
                <w:rFonts w:eastAsia="Times New Roman" w:cs="Arial"/>
                <w:lang w:eastAsia="en-GB"/>
              </w:rPr>
            </w:pPr>
          </w:p>
        </w:tc>
        <w:tc>
          <w:tcPr>
            <w:tcW w:w="3402" w:type="dxa"/>
            <w:vMerge/>
            <w:vAlign w:val="center"/>
          </w:tcPr>
          <w:p w14:paraId="3CE87428" w14:textId="77777777" w:rsidR="00B240CF" w:rsidRPr="00CB5E59" w:rsidRDefault="00B240CF">
            <w:pPr>
              <w:spacing w:before="120" w:after="120"/>
              <w:outlineLvl w:val="1"/>
              <w:rPr>
                <w:rFonts w:eastAsia="Times New Roman" w:cs="Arial"/>
                <w:b/>
                <w:bCs/>
                <w:lang w:eastAsia="en-GB"/>
              </w:rPr>
            </w:pPr>
          </w:p>
        </w:tc>
      </w:tr>
      <w:tr w:rsidR="00B240CF" w:rsidRPr="00CB5E59" w14:paraId="252A1CAA" w14:textId="77777777" w:rsidTr="62931247">
        <w:trPr>
          <w:trHeight w:val="835"/>
        </w:trPr>
        <w:tc>
          <w:tcPr>
            <w:tcW w:w="3114" w:type="dxa"/>
            <w:tcBorders>
              <w:top w:val="single" w:sz="4" w:space="0" w:color="2773BE"/>
              <w:left w:val="single" w:sz="4" w:space="0" w:color="2773BE"/>
              <w:bottom w:val="single" w:sz="4" w:space="0" w:color="2773BE"/>
              <w:right w:val="single" w:sz="4" w:space="0" w:color="2773BE"/>
            </w:tcBorders>
            <w:vAlign w:val="center"/>
          </w:tcPr>
          <w:p w14:paraId="3A66CBF5" w14:textId="77777777" w:rsidR="00B240CF" w:rsidRPr="00CB5E59" w:rsidRDefault="00B240CF">
            <w:pPr>
              <w:spacing w:before="120" w:after="120"/>
              <w:rPr>
                <w:rFonts w:eastAsia="Times New Roman" w:cs="Arial"/>
                <w:lang w:eastAsia="en-GB"/>
              </w:rPr>
            </w:pPr>
            <w:r w:rsidRPr="62931247">
              <w:rPr>
                <w:rFonts w:eastAsia="Times New Roman" w:cs="Arial"/>
              </w:rPr>
              <w:t>Listing tasks only</w:t>
            </w:r>
          </w:p>
        </w:tc>
        <w:tc>
          <w:tcPr>
            <w:tcW w:w="7796" w:type="dxa"/>
            <w:tcBorders>
              <w:top w:val="single" w:sz="4" w:space="0" w:color="2773BE"/>
              <w:left w:val="single" w:sz="4" w:space="0" w:color="2773BE"/>
              <w:bottom w:val="single" w:sz="4" w:space="0" w:color="2773BE"/>
              <w:right w:val="single" w:sz="4" w:space="0" w:color="2773BE"/>
            </w:tcBorders>
          </w:tcPr>
          <w:p w14:paraId="14AB5671" w14:textId="77777777" w:rsidR="00B240CF" w:rsidRPr="00CB5E59" w:rsidRDefault="00B240CF" w:rsidP="62931247">
            <w:pPr>
              <w:spacing w:before="120" w:after="120"/>
              <w:contextualSpacing/>
              <w:rPr>
                <w:rFonts w:eastAsia="Times New Roman" w:cs="Arial"/>
                <w:lang w:eastAsia="en-GB"/>
              </w:rPr>
            </w:pPr>
          </w:p>
          <w:p w14:paraId="0C1FD7C3" w14:textId="77777777" w:rsidR="00B240CF" w:rsidRPr="00CB5E59" w:rsidRDefault="00B240CF" w:rsidP="62931247">
            <w:pPr>
              <w:spacing w:before="120" w:after="120"/>
              <w:contextualSpacing/>
              <w:rPr>
                <w:rFonts w:eastAsia="Times New Roman" w:cs="Arial"/>
                <w:lang w:eastAsia="en-GB"/>
              </w:rPr>
            </w:pPr>
            <w:r w:rsidRPr="62931247">
              <w:rPr>
                <w:rFonts w:eastAsia="Times New Roman" w:cs="Arial"/>
              </w:rPr>
              <w:t>Adding examples, numbers, outcomes or types of partnership</w:t>
            </w:r>
          </w:p>
        </w:tc>
        <w:tc>
          <w:tcPr>
            <w:tcW w:w="3402" w:type="dxa"/>
            <w:vMerge/>
            <w:vAlign w:val="center"/>
          </w:tcPr>
          <w:p w14:paraId="3CA51BD9" w14:textId="77777777" w:rsidR="00B240CF" w:rsidRPr="00CB5E59" w:rsidRDefault="00B240CF">
            <w:pPr>
              <w:spacing w:before="120" w:after="120"/>
              <w:outlineLvl w:val="1"/>
              <w:rPr>
                <w:rFonts w:eastAsia="Times New Roman" w:cs="Arial"/>
                <w:b/>
                <w:bCs/>
                <w:lang w:eastAsia="en-GB"/>
              </w:rPr>
            </w:pPr>
          </w:p>
        </w:tc>
      </w:tr>
      <w:tr w:rsidR="00B240CF" w:rsidRPr="00CB5E59" w14:paraId="7E86D97C" w14:textId="77777777" w:rsidTr="62931247">
        <w:trPr>
          <w:trHeight w:val="835"/>
        </w:trPr>
        <w:tc>
          <w:tcPr>
            <w:tcW w:w="10910" w:type="dxa"/>
            <w:gridSpan w:val="2"/>
            <w:tcBorders>
              <w:top w:val="single" w:sz="4" w:space="0" w:color="2773BE"/>
              <w:left w:val="single" w:sz="4" w:space="0" w:color="2773BE"/>
              <w:bottom w:val="single" w:sz="4" w:space="0" w:color="2773BE"/>
              <w:right w:val="single" w:sz="4" w:space="0" w:color="2773BE"/>
            </w:tcBorders>
            <w:vAlign w:val="center"/>
          </w:tcPr>
          <w:p w14:paraId="5B9A6E83" w14:textId="77777777" w:rsidR="00B240CF" w:rsidRPr="00CB5E59" w:rsidRDefault="00B240CF" w:rsidP="62931247">
            <w:pPr>
              <w:spacing w:before="120" w:after="120"/>
              <w:contextualSpacing/>
              <w:rPr>
                <w:rFonts w:eastAsia="Times New Roman" w:cs="Arial"/>
                <w:b/>
                <w:bCs/>
                <w:lang w:eastAsia="en-GB"/>
              </w:rPr>
            </w:pPr>
            <w:r w:rsidRPr="62931247">
              <w:rPr>
                <w:rFonts w:eastAsia="Times New Roman" w:cs="Arial"/>
                <w:b/>
                <w:bCs/>
              </w:rPr>
              <w:t>Useful examples:</w:t>
            </w:r>
          </w:p>
          <w:p w14:paraId="4E8E7FBD" w14:textId="77777777" w:rsidR="00B240CF" w:rsidRPr="00CB5E59" w:rsidRDefault="00B240CF" w:rsidP="00B240CF">
            <w:pPr>
              <w:numPr>
                <w:ilvl w:val="0"/>
                <w:numId w:val="23"/>
              </w:numPr>
              <w:spacing w:before="120" w:after="120"/>
              <w:ind w:left="714" w:hanging="357"/>
              <w:rPr>
                <w:rFonts w:eastAsia="Times New Roman" w:cs="Arial"/>
                <w:lang w:eastAsia="en-GB"/>
              </w:rPr>
            </w:pPr>
            <w:r w:rsidRPr="62931247">
              <w:rPr>
                <w:rFonts w:eastAsia="Times New Roman" w:cs="Arial"/>
              </w:rPr>
              <w:t>Supported local employers to explore T Level placements and early talent routes.</w:t>
            </w:r>
          </w:p>
          <w:p w14:paraId="4BC761EE" w14:textId="77777777" w:rsidR="00B240CF" w:rsidRPr="00CB5E59" w:rsidRDefault="00B240CF" w:rsidP="00B240CF">
            <w:pPr>
              <w:numPr>
                <w:ilvl w:val="0"/>
                <w:numId w:val="23"/>
              </w:numPr>
              <w:spacing w:before="120" w:after="120"/>
              <w:ind w:left="714" w:hanging="357"/>
              <w:rPr>
                <w:rFonts w:eastAsia="Times New Roman" w:cs="Arial"/>
                <w:lang w:eastAsia="en-GB"/>
              </w:rPr>
            </w:pPr>
            <w:r w:rsidRPr="62931247">
              <w:rPr>
                <w:rFonts w:eastAsia="Times New Roman" w:cs="Arial"/>
              </w:rPr>
              <w:t>Built employer partnerships across [sector/area].</w:t>
            </w:r>
          </w:p>
          <w:p w14:paraId="3B04D35C" w14:textId="77777777" w:rsidR="00B240CF" w:rsidRPr="00CB5E59" w:rsidRDefault="00B240CF" w:rsidP="00B240CF">
            <w:pPr>
              <w:numPr>
                <w:ilvl w:val="0"/>
                <w:numId w:val="23"/>
              </w:numPr>
              <w:spacing w:before="120" w:after="120"/>
              <w:ind w:left="714" w:hanging="357"/>
              <w:rPr>
                <w:rFonts w:eastAsia="Times New Roman" w:cs="Arial"/>
                <w:lang w:eastAsia="en-GB"/>
              </w:rPr>
            </w:pPr>
            <w:r w:rsidRPr="62931247">
              <w:rPr>
                <w:rFonts w:eastAsia="Times New Roman" w:cs="Arial"/>
              </w:rPr>
              <w:t>Created employer-led projects and workplace opportunities for students.</w:t>
            </w:r>
          </w:p>
          <w:p w14:paraId="432D397A" w14:textId="77777777" w:rsidR="00B240CF" w:rsidRPr="00CB5E59" w:rsidRDefault="00B240CF" w:rsidP="00B240CF">
            <w:pPr>
              <w:numPr>
                <w:ilvl w:val="0"/>
                <w:numId w:val="23"/>
              </w:numPr>
              <w:spacing w:before="120" w:after="120"/>
              <w:ind w:left="714" w:hanging="357"/>
              <w:rPr>
                <w:rFonts w:eastAsia="Times New Roman" w:cs="Arial"/>
                <w:lang w:eastAsia="en-GB"/>
              </w:rPr>
            </w:pPr>
            <w:r w:rsidRPr="62931247">
              <w:rPr>
                <w:rFonts w:eastAsia="Times New Roman" w:cs="Arial"/>
              </w:rPr>
              <w:t>Worked with curriculum teams and employers to shape meaningful placement activity.</w:t>
            </w:r>
          </w:p>
          <w:p w14:paraId="3902DAFB" w14:textId="77777777" w:rsidR="00B240CF" w:rsidRPr="00CB5E59" w:rsidRDefault="00B240CF" w:rsidP="62931247">
            <w:pPr>
              <w:spacing w:before="120" w:after="120"/>
              <w:contextualSpacing/>
              <w:rPr>
                <w:rFonts w:eastAsia="Times New Roman" w:cs="Arial"/>
                <w:lang w:eastAsia="en-GB"/>
              </w:rPr>
            </w:pPr>
          </w:p>
        </w:tc>
        <w:tc>
          <w:tcPr>
            <w:tcW w:w="3402" w:type="dxa"/>
            <w:vMerge/>
            <w:vAlign w:val="center"/>
          </w:tcPr>
          <w:p w14:paraId="3D97AAF9" w14:textId="77777777" w:rsidR="00B240CF" w:rsidRPr="00CB5E59" w:rsidRDefault="00B240CF">
            <w:pPr>
              <w:spacing w:before="120" w:after="120"/>
              <w:outlineLvl w:val="1"/>
              <w:rPr>
                <w:rFonts w:eastAsia="Times New Roman" w:cs="Arial"/>
                <w:b/>
                <w:bCs/>
                <w:lang w:eastAsia="en-GB"/>
              </w:rPr>
            </w:pPr>
          </w:p>
        </w:tc>
      </w:tr>
    </w:tbl>
    <w:p w14:paraId="165271BF" w14:textId="77777777" w:rsidR="00B240CF" w:rsidRDefault="00B240CF" w:rsidP="00B240CF">
      <w:pPr>
        <w:spacing w:before="120" w:after="120" w:line="240" w:lineRule="auto"/>
        <w:outlineLvl w:val="1"/>
        <w:rPr>
          <w:rFonts w:eastAsia="Times New Roman" w:cs="Arial"/>
          <w:b/>
          <w:bCs/>
          <w:lang w:eastAsia="en-GB"/>
        </w:rPr>
      </w:pPr>
    </w:p>
    <w:p w14:paraId="73E25E10" w14:textId="77777777" w:rsidR="00B240CF" w:rsidRPr="00CB5E59" w:rsidRDefault="00B240CF" w:rsidP="00B240CF">
      <w:pPr>
        <w:spacing w:before="120" w:after="120" w:line="240" w:lineRule="auto"/>
        <w:outlineLvl w:val="1"/>
        <w:rPr>
          <w:rFonts w:eastAsia="Times New Roman" w:cs="Arial"/>
          <w:b/>
          <w:bCs/>
          <w:lang w:eastAsia="en-GB"/>
        </w:rPr>
      </w:pPr>
      <w:r w:rsidRPr="62931247">
        <w:rPr>
          <w:rFonts w:eastAsia="Times New Roman" w:cs="Arial"/>
          <w:b/>
          <w:bCs/>
        </w:rPr>
        <w:t>4. Featured Section: your proof point</w:t>
      </w:r>
    </w:p>
    <w:p w14:paraId="4E3F760F" w14:textId="77777777" w:rsidR="00B240CF" w:rsidRPr="00CB5E59" w:rsidRDefault="00B240CF" w:rsidP="00B240CF">
      <w:pPr>
        <w:spacing w:before="120" w:after="120" w:line="240" w:lineRule="auto"/>
        <w:rPr>
          <w:rFonts w:eastAsia="Times New Roman" w:cs="Arial"/>
          <w:lang w:eastAsia="en-GB"/>
        </w:rPr>
      </w:pPr>
      <w:r w:rsidRPr="62931247">
        <w:rPr>
          <w:rFonts w:eastAsia="Times New Roman" w:cs="Arial"/>
        </w:rPr>
        <w:t>Use this as your employer-facing “shop window”.</w:t>
      </w:r>
    </w:p>
    <w:p w14:paraId="73A10D04" w14:textId="77777777" w:rsidR="00B240CF" w:rsidRPr="00CB5E59" w:rsidRDefault="00B240CF" w:rsidP="00B240CF">
      <w:pPr>
        <w:spacing w:before="120" w:after="120" w:line="240" w:lineRule="auto"/>
        <w:rPr>
          <w:rFonts w:eastAsia="Times New Roman" w:cs="Arial"/>
          <w:lang w:eastAsia="en-GB"/>
        </w:rPr>
      </w:pPr>
      <w:r w:rsidRPr="62931247">
        <w:rPr>
          <w:rFonts w:eastAsia="Times New Roman" w:cs="Arial"/>
        </w:rPr>
        <w:t>Aim for two or three useful items, such as:</w:t>
      </w:r>
    </w:p>
    <w:p w14:paraId="047D3E0E"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an employer case study or quote</w:t>
      </w:r>
    </w:p>
    <w:p w14:paraId="53C24C44"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 T Level or placement guide</w:t>
      </w:r>
    </w:p>
    <w:p w14:paraId="5FF4BAD9"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 recent employer event</w:t>
      </w:r>
    </w:p>
    <w:p w14:paraId="4AB0F11F"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 practical resource or flyer</w:t>
      </w:r>
    </w:p>
    <w:p w14:paraId="011F0762"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 strong post about a partnership, student project or employer visit</w:t>
      </w:r>
    </w:p>
    <w:p w14:paraId="1E6AFB44" w14:textId="77777777" w:rsidR="00B240CF" w:rsidRPr="00CB5E59" w:rsidRDefault="00B240CF" w:rsidP="00B240CF">
      <w:pPr>
        <w:numPr>
          <w:ilvl w:val="0"/>
          <w:numId w:val="20"/>
        </w:numPr>
        <w:spacing w:before="120" w:after="120" w:line="240" w:lineRule="auto"/>
        <w:rPr>
          <w:rFonts w:eastAsia="Times New Roman" w:cs="Arial"/>
          <w:lang w:eastAsia="en-GB"/>
        </w:rPr>
      </w:pPr>
      <w:r w:rsidRPr="62931247">
        <w:rPr>
          <w:rFonts w:eastAsia="Times New Roman" w:cs="Arial"/>
        </w:rPr>
        <w:t>a short video or article</w:t>
      </w:r>
    </w:p>
    <w:p w14:paraId="7EE316D5" w14:textId="77777777" w:rsidR="00B240CF" w:rsidRDefault="00B240CF" w:rsidP="00B240CF">
      <w:pPr>
        <w:spacing w:before="120" w:after="120" w:line="240" w:lineRule="auto"/>
        <w:rPr>
          <w:rFonts w:eastAsia="Times New Roman" w:cs="Arial"/>
          <w:b/>
          <w:bCs/>
          <w:lang w:eastAsia="en-GB"/>
        </w:rPr>
      </w:pPr>
    </w:p>
    <w:p w14:paraId="68EFE1D3" w14:textId="77777777" w:rsidR="00B240CF" w:rsidRPr="00CB5E59" w:rsidRDefault="00B240CF" w:rsidP="00B240CF">
      <w:pPr>
        <w:spacing w:before="120" w:after="120" w:line="240" w:lineRule="auto"/>
        <w:rPr>
          <w:rFonts w:eastAsia="Times New Roman" w:cs="Arial"/>
          <w:lang w:eastAsia="en-GB"/>
        </w:rPr>
      </w:pPr>
      <w:r w:rsidRPr="62931247">
        <w:rPr>
          <w:rFonts w:eastAsia="Times New Roman" w:cs="Arial"/>
          <w:b/>
          <w:bCs/>
        </w:rPr>
        <w:t>Question:</w:t>
      </w:r>
      <w:r w:rsidRPr="62931247">
        <w:rPr>
          <w:rFonts w:eastAsia="Times New Roman" w:cs="Arial"/>
        </w:rPr>
        <w:t xml:space="preserve"> If an employer only looked at your Featured section, would they see credible examples of what you do?</w:t>
      </w:r>
    </w:p>
    <w:p w14:paraId="55B74839" w14:textId="77777777" w:rsidR="00B240CF" w:rsidRPr="00CB5E59" w:rsidRDefault="00B240CF" w:rsidP="62931247">
      <w:pPr>
        <w:spacing w:before="120" w:after="120" w:line="240" w:lineRule="auto"/>
        <w:rPr>
          <w:rFonts w:eastAsia="Times New Roman" w:cs="Arial"/>
          <w:i/>
          <w:iCs/>
          <w:lang w:eastAsia="en-GB"/>
        </w:rPr>
      </w:pPr>
      <w:r w:rsidRPr="62931247">
        <w:rPr>
          <w:rFonts w:eastAsia="Times New Roman" w:cs="Arial"/>
          <w:i/>
          <w:iCs/>
        </w:rPr>
        <w:t xml:space="preserve">Helpful tip: if you don’t have content yet, then you can use content from the </w:t>
      </w:r>
      <w:hyperlink r:id="rId20">
        <w:r w:rsidRPr="62931247">
          <w:rPr>
            <w:rStyle w:val="Hyperlink"/>
            <w:rFonts w:eastAsia="Times New Roman" w:cs="Arial"/>
            <w:i/>
            <w:iCs/>
          </w:rPr>
          <w:t>T Level employer site</w:t>
        </w:r>
      </w:hyperlink>
      <w:r w:rsidRPr="62931247">
        <w:rPr>
          <w:rFonts w:eastAsia="Times New Roman" w:cs="Arial"/>
          <w:i/>
          <w:iCs/>
        </w:rPr>
        <w:t xml:space="preserve"> </w:t>
      </w:r>
    </w:p>
    <w:p w14:paraId="74F0FB77" w14:textId="77777777" w:rsidR="00B240CF" w:rsidRDefault="00B240CF" w:rsidP="00B240CF">
      <w:pPr>
        <w:spacing w:before="120" w:after="120" w:line="240" w:lineRule="auto"/>
        <w:outlineLvl w:val="1"/>
        <w:rPr>
          <w:rFonts w:eastAsia="Times New Roman" w:cs="Arial"/>
          <w:b/>
          <w:bCs/>
          <w:lang w:eastAsia="en-GB"/>
        </w:rPr>
      </w:pPr>
    </w:p>
    <w:p w14:paraId="1EC8A822" w14:textId="77777777" w:rsidR="002D2AAF" w:rsidRDefault="002D2AAF" w:rsidP="00B240CF">
      <w:pPr>
        <w:spacing w:before="120" w:after="120" w:line="240" w:lineRule="auto"/>
        <w:outlineLvl w:val="1"/>
        <w:rPr>
          <w:rFonts w:eastAsia="Times New Roman" w:cs="Arial"/>
          <w:b/>
          <w:bCs/>
          <w:lang w:eastAsia="en-GB"/>
        </w:rPr>
      </w:pPr>
    </w:p>
    <w:p w14:paraId="3E5EA669" w14:textId="77777777" w:rsidR="002D2AAF" w:rsidRDefault="002D2AAF" w:rsidP="00B240CF">
      <w:pPr>
        <w:spacing w:before="120" w:after="120" w:line="240" w:lineRule="auto"/>
        <w:outlineLvl w:val="1"/>
        <w:rPr>
          <w:rFonts w:eastAsia="Times New Roman" w:cs="Arial"/>
          <w:b/>
          <w:bCs/>
          <w:lang w:eastAsia="en-GB"/>
        </w:rPr>
      </w:pPr>
    </w:p>
    <w:p w14:paraId="6391633D" w14:textId="77777777" w:rsidR="002D2AAF" w:rsidRDefault="002D2AAF" w:rsidP="00B240CF">
      <w:pPr>
        <w:spacing w:before="120" w:after="120" w:line="240" w:lineRule="auto"/>
        <w:outlineLvl w:val="1"/>
        <w:rPr>
          <w:rFonts w:eastAsia="Times New Roman" w:cs="Arial"/>
          <w:b/>
          <w:bCs/>
          <w:lang w:eastAsia="en-GB"/>
        </w:rPr>
      </w:pPr>
    </w:p>
    <w:p w14:paraId="169CCB6F" w14:textId="77777777" w:rsidR="002D2AAF" w:rsidRDefault="002D2AAF" w:rsidP="00B240CF">
      <w:pPr>
        <w:spacing w:before="120" w:after="120" w:line="240" w:lineRule="auto"/>
        <w:outlineLvl w:val="1"/>
        <w:rPr>
          <w:rFonts w:eastAsia="Times New Roman" w:cs="Arial"/>
          <w:b/>
          <w:bCs/>
          <w:lang w:eastAsia="en-GB"/>
        </w:rPr>
      </w:pPr>
    </w:p>
    <w:p w14:paraId="47438FF4" w14:textId="77777777" w:rsidR="002D2AAF" w:rsidRDefault="002D2AAF" w:rsidP="00B240CF">
      <w:pPr>
        <w:spacing w:before="120" w:after="120" w:line="240" w:lineRule="auto"/>
        <w:outlineLvl w:val="1"/>
        <w:rPr>
          <w:rFonts w:eastAsia="Times New Roman" w:cs="Arial"/>
          <w:b/>
          <w:bCs/>
          <w:lang w:eastAsia="en-GB"/>
        </w:rPr>
      </w:pPr>
    </w:p>
    <w:p w14:paraId="5BEC09D4" w14:textId="77777777" w:rsidR="00B240CF" w:rsidRPr="00CB5E59" w:rsidRDefault="00B240CF" w:rsidP="00B240CF">
      <w:pPr>
        <w:spacing w:before="120" w:after="120" w:line="240" w:lineRule="auto"/>
        <w:outlineLvl w:val="1"/>
        <w:rPr>
          <w:rFonts w:eastAsia="Times New Roman" w:cs="Arial"/>
          <w:b/>
          <w:bCs/>
          <w:lang w:eastAsia="en-GB"/>
        </w:rPr>
      </w:pPr>
      <w:r w:rsidRPr="62931247">
        <w:rPr>
          <w:rFonts w:eastAsia="Times New Roman" w:cs="Arial"/>
          <w:b/>
          <w:bCs/>
        </w:rPr>
        <w:t>5. Skills, recommendations and evidence</w:t>
      </w:r>
    </w:p>
    <w:p w14:paraId="0941DEC3" w14:textId="77777777" w:rsidR="00B240CF" w:rsidRPr="00CB5E59" w:rsidRDefault="00B240CF" w:rsidP="00B240CF">
      <w:pPr>
        <w:spacing w:before="120" w:after="120" w:line="240" w:lineRule="auto"/>
        <w:rPr>
          <w:rFonts w:eastAsia="Times New Roman" w:cs="Arial"/>
          <w:lang w:eastAsia="en-GB"/>
        </w:rPr>
      </w:pPr>
      <w:r w:rsidRPr="62931247">
        <w:rPr>
          <w:rFonts w:eastAsia="Times New Roman" w:cs="Arial"/>
        </w:rPr>
        <w:t>Prioritise skills that employers will recognise / tailor if relevant to the sector/s you work with:</w:t>
      </w:r>
    </w:p>
    <w:tbl>
      <w:tblPr>
        <w:tblStyle w:val="TableGrid"/>
        <w:tblW w:w="0" w:type="auto"/>
        <w:tblLook w:val="04A0" w:firstRow="1" w:lastRow="0" w:firstColumn="1" w:lastColumn="0" w:noHBand="0" w:noVBand="1"/>
      </w:tblPr>
      <w:tblGrid>
        <w:gridCol w:w="3654"/>
        <w:gridCol w:w="3655"/>
        <w:gridCol w:w="3654"/>
        <w:gridCol w:w="3653"/>
      </w:tblGrid>
      <w:tr w:rsidR="00B240CF" w:rsidRPr="00CB5E59" w14:paraId="1160F51E" w14:textId="77777777" w:rsidTr="62931247">
        <w:tc>
          <w:tcPr>
            <w:tcW w:w="3667" w:type="dxa"/>
            <w:tcBorders>
              <w:top w:val="single" w:sz="4" w:space="0" w:color="2773BE"/>
              <w:left w:val="single" w:sz="4" w:space="0" w:color="2773BE"/>
              <w:bottom w:val="single" w:sz="4" w:space="0" w:color="2773BE"/>
              <w:right w:val="single" w:sz="4" w:space="0" w:color="2773BE"/>
            </w:tcBorders>
          </w:tcPr>
          <w:p w14:paraId="3F0BA306" w14:textId="77777777" w:rsidR="00B240CF" w:rsidRPr="00CB5E59" w:rsidRDefault="00B240CF">
            <w:pPr>
              <w:spacing w:before="120" w:after="120"/>
              <w:rPr>
                <w:rFonts w:eastAsia="Times New Roman" w:cs="Arial"/>
                <w:lang w:eastAsia="en-GB"/>
              </w:rPr>
            </w:pPr>
            <w:r w:rsidRPr="62931247">
              <w:rPr>
                <w:rFonts w:eastAsia="Times New Roman" w:cs="Arial"/>
              </w:rPr>
              <w:t>Employer Engagement</w:t>
            </w:r>
          </w:p>
        </w:tc>
        <w:tc>
          <w:tcPr>
            <w:tcW w:w="3667" w:type="dxa"/>
            <w:tcBorders>
              <w:top w:val="single" w:sz="4" w:space="0" w:color="2773BE"/>
              <w:left w:val="single" w:sz="4" w:space="0" w:color="2773BE"/>
              <w:bottom w:val="single" w:sz="4" w:space="0" w:color="2773BE"/>
              <w:right w:val="single" w:sz="4" w:space="0" w:color="2773BE"/>
            </w:tcBorders>
          </w:tcPr>
          <w:p w14:paraId="3C7A0242" w14:textId="77777777" w:rsidR="00B240CF" w:rsidRPr="00CB5E59" w:rsidRDefault="00B240CF">
            <w:pPr>
              <w:spacing w:before="120" w:after="120"/>
              <w:rPr>
                <w:rFonts w:eastAsia="Times New Roman" w:cs="Arial"/>
                <w:lang w:eastAsia="en-GB"/>
              </w:rPr>
            </w:pPr>
            <w:r w:rsidRPr="62931247">
              <w:rPr>
                <w:rFonts w:eastAsia="Times New Roman" w:cs="Arial"/>
              </w:rPr>
              <w:t>T Levels</w:t>
            </w:r>
          </w:p>
        </w:tc>
        <w:tc>
          <w:tcPr>
            <w:tcW w:w="3667" w:type="dxa"/>
            <w:tcBorders>
              <w:top w:val="single" w:sz="4" w:space="0" w:color="2773BE"/>
              <w:left w:val="single" w:sz="4" w:space="0" w:color="2773BE"/>
              <w:bottom w:val="single" w:sz="4" w:space="0" w:color="2773BE"/>
              <w:right w:val="single" w:sz="4" w:space="0" w:color="2773BE"/>
            </w:tcBorders>
          </w:tcPr>
          <w:p w14:paraId="2FB57917" w14:textId="77777777" w:rsidR="00B240CF" w:rsidRPr="00CB5E59" w:rsidRDefault="00B240CF">
            <w:pPr>
              <w:spacing w:before="120" w:after="120"/>
              <w:rPr>
                <w:rFonts w:eastAsia="Times New Roman" w:cs="Arial"/>
                <w:lang w:eastAsia="en-GB"/>
              </w:rPr>
            </w:pPr>
            <w:r w:rsidRPr="62931247">
              <w:rPr>
                <w:rFonts w:eastAsia="Times New Roman" w:cs="Arial"/>
              </w:rPr>
              <w:t>Industry Placements</w:t>
            </w:r>
          </w:p>
        </w:tc>
        <w:tc>
          <w:tcPr>
            <w:tcW w:w="3667" w:type="dxa"/>
            <w:tcBorders>
              <w:top w:val="single" w:sz="4" w:space="0" w:color="2773BE"/>
              <w:left w:val="single" w:sz="4" w:space="0" w:color="2773BE"/>
              <w:bottom w:val="single" w:sz="4" w:space="0" w:color="2773BE"/>
              <w:right w:val="single" w:sz="4" w:space="0" w:color="2773BE"/>
            </w:tcBorders>
          </w:tcPr>
          <w:p w14:paraId="5FF33C66" w14:textId="77777777" w:rsidR="00B240CF" w:rsidRPr="00CB5E59" w:rsidRDefault="00B240CF">
            <w:pPr>
              <w:spacing w:before="120" w:after="120"/>
              <w:rPr>
                <w:rFonts w:eastAsia="Times New Roman" w:cs="Arial"/>
                <w:lang w:eastAsia="en-GB"/>
              </w:rPr>
            </w:pPr>
            <w:r w:rsidRPr="62931247">
              <w:rPr>
                <w:rFonts w:eastAsia="Times New Roman" w:cs="Arial"/>
              </w:rPr>
              <w:t>Business Partnerships</w:t>
            </w:r>
          </w:p>
        </w:tc>
      </w:tr>
      <w:tr w:rsidR="00B240CF" w:rsidRPr="00CB5E59" w14:paraId="21571340" w14:textId="77777777" w:rsidTr="62931247">
        <w:tc>
          <w:tcPr>
            <w:tcW w:w="3667" w:type="dxa"/>
            <w:tcBorders>
              <w:top w:val="single" w:sz="4" w:space="0" w:color="2773BE"/>
              <w:left w:val="single" w:sz="4" w:space="0" w:color="2773BE"/>
              <w:bottom w:val="single" w:sz="4" w:space="0" w:color="2773BE"/>
              <w:right w:val="single" w:sz="4" w:space="0" w:color="2773BE"/>
            </w:tcBorders>
          </w:tcPr>
          <w:p w14:paraId="4FA82E21" w14:textId="77777777" w:rsidR="00B240CF" w:rsidRPr="00CB5E59" w:rsidRDefault="00B240CF">
            <w:pPr>
              <w:spacing w:before="120" w:after="120"/>
              <w:rPr>
                <w:rFonts w:eastAsia="Times New Roman" w:cs="Arial"/>
                <w:lang w:eastAsia="en-GB"/>
              </w:rPr>
            </w:pPr>
            <w:r w:rsidRPr="62931247">
              <w:rPr>
                <w:rFonts w:eastAsia="Times New Roman" w:cs="Arial"/>
              </w:rPr>
              <w:t>Workforce Development</w:t>
            </w:r>
          </w:p>
        </w:tc>
        <w:tc>
          <w:tcPr>
            <w:tcW w:w="3667" w:type="dxa"/>
            <w:tcBorders>
              <w:top w:val="single" w:sz="4" w:space="0" w:color="2773BE"/>
              <w:left w:val="single" w:sz="4" w:space="0" w:color="2773BE"/>
              <w:bottom w:val="single" w:sz="4" w:space="0" w:color="2773BE"/>
              <w:right w:val="single" w:sz="4" w:space="0" w:color="2773BE"/>
            </w:tcBorders>
          </w:tcPr>
          <w:p w14:paraId="01FE849B" w14:textId="77777777" w:rsidR="00B240CF" w:rsidRPr="00CB5E59" w:rsidRDefault="00B240CF">
            <w:pPr>
              <w:spacing w:before="120" w:after="120"/>
              <w:rPr>
                <w:rFonts w:eastAsia="Times New Roman" w:cs="Arial"/>
                <w:lang w:eastAsia="en-GB"/>
              </w:rPr>
            </w:pPr>
            <w:r w:rsidRPr="62931247">
              <w:rPr>
                <w:rFonts w:eastAsia="Times New Roman" w:cs="Arial"/>
              </w:rPr>
              <w:t>Apprenticeships</w:t>
            </w:r>
          </w:p>
        </w:tc>
        <w:tc>
          <w:tcPr>
            <w:tcW w:w="3667" w:type="dxa"/>
            <w:tcBorders>
              <w:top w:val="single" w:sz="4" w:space="0" w:color="2773BE"/>
              <w:left w:val="single" w:sz="4" w:space="0" w:color="2773BE"/>
              <w:bottom w:val="single" w:sz="4" w:space="0" w:color="2773BE"/>
              <w:right w:val="single" w:sz="4" w:space="0" w:color="2773BE"/>
            </w:tcBorders>
          </w:tcPr>
          <w:p w14:paraId="1C31CEE8" w14:textId="77777777" w:rsidR="00B240CF" w:rsidRPr="00CB5E59" w:rsidRDefault="00B240CF">
            <w:pPr>
              <w:spacing w:before="120" w:after="120"/>
              <w:rPr>
                <w:rFonts w:eastAsia="Times New Roman" w:cs="Arial"/>
                <w:lang w:eastAsia="en-GB"/>
              </w:rPr>
            </w:pPr>
            <w:r w:rsidRPr="62931247">
              <w:rPr>
                <w:rFonts w:eastAsia="Times New Roman" w:cs="Arial"/>
              </w:rPr>
              <w:t>Training and Development</w:t>
            </w:r>
          </w:p>
        </w:tc>
        <w:tc>
          <w:tcPr>
            <w:tcW w:w="3667" w:type="dxa"/>
            <w:tcBorders>
              <w:top w:val="single" w:sz="4" w:space="0" w:color="2773BE"/>
              <w:left w:val="single" w:sz="4" w:space="0" w:color="2773BE"/>
              <w:bottom w:val="single" w:sz="4" w:space="0" w:color="2773BE"/>
              <w:right w:val="single" w:sz="4" w:space="0" w:color="2773BE"/>
            </w:tcBorders>
          </w:tcPr>
          <w:p w14:paraId="3DDB4E49" w14:textId="77777777" w:rsidR="00B240CF" w:rsidRPr="00CB5E59" w:rsidRDefault="00B240CF">
            <w:pPr>
              <w:spacing w:before="120" w:after="120"/>
              <w:rPr>
                <w:rFonts w:eastAsia="Times New Roman" w:cs="Arial"/>
                <w:lang w:eastAsia="en-GB"/>
              </w:rPr>
            </w:pPr>
            <w:r w:rsidRPr="62931247">
              <w:rPr>
                <w:rFonts w:eastAsia="Times New Roman" w:cs="Arial"/>
              </w:rPr>
              <w:t>Stakeholder Engagement</w:t>
            </w:r>
          </w:p>
        </w:tc>
      </w:tr>
      <w:tr w:rsidR="00B240CF" w:rsidRPr="00CB5E59" w14:paraId="5292FA66" w14:textId="77777777" w:rsidTr="62931247">
        <w:tc>
          <w:tcPr>
            <w:tcW w:w="14668" w:type="dxa"/>
            <w:gridSpan w:val="4"/>
            <w:tcBorders>
              <w:top w:val="single" w:sz="4" w:space="0" w:color="2773BE"/>
              <w:left w:val="single" w:sz="4" w:space="0" w:color="2773BE"/>
              <w:bottom w:val="single" w:sz="4" w:space="0" w:color="2773BE"/>
              <w:right w:val="single" w:sz="4" w:space="0" w:color="2773BE"/>
            </w:tcBorders>
          </w:tcPr>
          <w:p w14:paraId="248A31BA" w14:textId="77777777" w:rsidR="00B240CF" w:rsidRPr="00CB5E59" w:rsidRDefault="00B240CF">
            <w:pPr>
              <w:spacing w:before="120" w:after="120"/>
              <w:rPr>
                <w:rFonts w:eastAsia="Times New Roman" w:cs="Arial"/>
                <w:lang w:eastAsia="en-GB"/>
              </w:rPr>
            </w:pPr>
            <w:r w:rsidRPr="62931247">
              <w:rPr>
                <w:rFonts w:eastAsia="Times New Roman" w:cs="Arial"/>
              </w:rPr>
              <w:t>Ask colleagues, employers or partners for recommendations that mention:</w:t>
            </w:r>
          </w:p>
          <w:p w14:paraId="64A27E3E"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the relationship</w:t>
            </w:r>
          </w:p>
          <w:p w14:paraId="48D1E9EA"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professionalism</w:t>
            </w:r>
          </w:p>
          <w:p w14:paraId="3807843C"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practical support</w:t>
            </w:r>
          </w:p>
          <w:p w14:paraId="1368BD8D"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responsiveness</w:t>
            </w:r>
          </w:p>
          <w:p w14:paraId="343C9633"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outcomes</w:t>
            </w:r>
          </w:p>
          <w:p w14:paraId="135B036A" w14:textId="77777777" w:rsidR="00B240CF" w:rsidRPr="00CB5E59" w:rsidRDefault="00B240CF" w:rsidP="00B240CF">
            <w:pPr>
              <w:numPr>
                <w:ilvl w:val="0"/>
                <w:numId w:val="24"/>
              </w:numPr>
              <w:spacing w:before="120" w:after="120"/>
              <w:rPr>
                <w:rFonts w:eastAsia="Times New Roman" w:cs="Arial"/>
                <w:lang w:eastAsia="en-GB"/>
              </w:rPr>
            </w:pPr>
            <w:r w:rsidRPr="62931247">
              <w:rPr>
                <w:rFonts w:eastAsia="Times New Roman" w:cs="Arial"/>
              </w:rPr>
              <w:t>trust or credibility</w:t>
            </w:r>
          </w:p>
          <w:p w14:paraId="259EA7AA" w14:textId="77777777" w:rsidR="00B240CF" w:rsidRPr="00CB5E59" w:rsidRDefault="00B240CF">
            <w:pPr>
              <w:spacing w:before="120" w:after="120"/>
              <w:rPr>
                <w:rFonts w:eastAsia="Times New Roman" w:cs="Arial"/>
                <w:lang w:eastAsia="en-GB"/>
              </w:rPr>
            </w:pPr>
          </w:p>
        </w:tc>
      </w:tr>
    </w:tbl>
    <w:p w14:paraId="6B9D0C7E" w14:textId="77777777" w:rsidR="00B240CF" w:rsidRPr="00CB5E59" w:rsidRDefault="00B240CF" w:rsidP="00B240CF">
      <w:pPr>
        <w:spacing w:before="120" w:after="120" w:line="240" w:lineRule="auto"/>
        <w:rPr>
          <w:rFonts w:eastAsia="Times New Roman" w:cs="Arial"/>
          <w:lang w:eastAsia="en-GB"/>
        </w:rPr>
      </w:pPr>
      <w:r w:rsidRPr="00CB5E59">
        <w:rPr>
          <w:rFonts w:eastAsia="Times New Roman" w:cs="Arial"/>
          <w:lang w:eastAsia="en-GB"/>
        </w:rPr>
        <w:tab/>
      </w:r>
      <w:r w:rsidRPr="00CB5E59">
        <w:rPr>
          <w:rFonts w:eastAsia="Times New Roman" w:cs="Arial"/>
          <w:lang w:eastAsia="en-GB"/>
        </w:rPr>
        <w:tab/>
      </w:r>
      <w:r w:rsidRPr="00CB5E59">
        <w:rPr>
          <w:rFonts w:eastAsia="Times New Roman" w:cs="Arial"/>
          <w:lang w:eastAsia="en-GB"/>
        </w:rPr>
        <w:tab/>
      </w:r>
      <w:r w:rsidRPr="00CB5E59">
        <w:rPr>
          <w:rFonts w:eastAsia="Times New Roman" w:cs="Arial"/>
          <w:lang w:eastAsia="en-GB"/>
        </w:rPr>
        <w:tab/>
      </w:r>
    </w:p>
    <w:p w14:paraId="02F53E21" w14:textId="77777777" w:rsidR="00B240CF" w:rsidRPr="00CB5E59" w:rsidRDefault="00B240CF" w:rsidP="00B240CF">
      <w:pPr>
        <w:spacing w:after="0" w:line="240" w:lineRule="auto"/>
        <w:rPr>
          <w:rFonts w:eastAsia="Times New Roman" w:cs="Arial"/>
          <w:b/>
          <w:bCs/>
          <w:lang w:eastAsia="en-GB"/>
        </w:rPr>
      </w:pPr>
      <w:r w:rsidRPr="62931247">
        <w:rPr>
          <w:rFonts w:eastAsia="Times New Roman" w:cs="Arial"/>
          <w:b/>
          <w:bCs/>
        </w:rPr>
        <w:t>ACTION PLAN:</w:t>
      </w:r>
    </w:p>
    <w:tbl>
      <w:tblPr>
        <w:tblStyle w:val="TableGrid"/>
        <w:tblW w:w="0" w:type="auto"/>
        <w:tblBorders>
          <w:top w:val="single" w:sz="4" w:space="0" w:color="2773BE"/>
          <w:left w:val="single" w:sz="4" w:space="0" w:color="2773BE"/>
          <w:bottom w:val="single" w:sz="4" w:space="0" w:color="2773BE"/>
          <w:right w:val="single" w:sz="4" w:space="0" w:color="2773BE"/>
          <w:insideH w:val="single" w:sz="4" w:space="0" w:color="2773BE"/>
          <w:insideV w:val="single" w:sz="4" w:space="0" w:color="2773BE"/>
        </w:tblBorders>
        <w:tblLook w:val="04A0" w:firstRow="1" w:lastRow="0" w:firstColumn="1" w:lastColumn="0" w:noHBand="0" w:noVBand="1"/>
      </w:tblPr>
      <w:tblGrid>
        <w:gridCol w:w="7904"/>
        <w:gridCol w:w="4519"/>
        <w:gridCol w:w="2193"/>
      </w:tblGrid>
      <w:tr w:rsidR="00B240CF" w14:paraId="56172720" w14:textId="77777777" w:rsidTr="002D2AAF">
        <w:trPr>
          <w:trHeight w:val="737"/>
        </w:trPr>
        <w:tc>
          <w:tcPr>
            <w:tcW w:w="7904" w:type="dxa"/>
            <w:vAlign w:val="center"/>
          </w:tcPr>
          <w:p w14:paraId="155D3150" w14:textId="77777777" w:rsidR="00B240CF" w:rsidRDefault="00B240CF" w:rsidP="62931247">
            <w:pPr>
              <w:spacing w:before="120" w:after="120"/>
              <w:contextualSpacing/>
              <w:rPr>
                <w:rFonts w:cs="Arial"/>
                <w:b/>
                <w:bCs/>
              </w:rPr>
            </w:pPr>
            <w:r w:rsidRPr="62931247">
              <w:rPr>
                <w:rFonts w:cs="Arial"/>
                <w:b/>
                <w:bCs/>
              </w:rPr>
              <w:t>I will improve:</w:t>
            </w:r>
          </w:p>
          <w:p w14:paraId="33397BD1" w14:textId="77777777" w:rsidR="00B240CF" w:rsidRPr="00B95659" w:rsidRDefault="00B240CF" w:rsidP="62931247">
            <w:pPr>
              <w:spacing w:before="120" w:after="120"/>
              <w:contextualSpacing/>
              <w:rPr>
                <w:rFonts w:cs="Arial"/>
                <w:b/>
                <w:bCs/>
              </w:rPr>
            </w:pPr>
            <w:r w:rsidRPr="62931247">
              <w:rPr>
                <w:rFonts w:cs="Arial"/>
                <w:b/>
                <w:bCs/>
                <w:color w:val="808080" w:themeColor="background1" w:themeShade="80"/>
              </w:rPr>
              <w:t>Headline / About / Experience / Mobile view….</w:t>
            </w:r>
          </w:p>
        </w:tc>
        <w:tc>
          <w:tcPr>
            <w:tcW w:w="4519" w:type="dxa"/>
            <w:vAlign w:val="center"/>
          </w:tcPr>
          <w:p w14:paraId="3F4FE2C8" w14:textId="77777777" w:rsidR="00B240CF" w:rsidRPr="00B95659" w:rsidRDefault="00B240CF" w:rsidP="62931247">
            <w:pPr>
              <w:spacing w:before="120" w:after="120"/>
              <w:contextualSpacing/>
              <w:rPr>
                <w:rFonts w:cs="Arial"/>
                <w:b/>
                <w:bCs/>
              </w:rPr>
            </w:pPr>
            <w:r w:rsidRPr="62931247">
              <w:rPr>
                <w:rFonts w:cs="Arial"/>
                <w:b/>
                <w:bCs/>
              </w:rPr>
              <w:t>What will I do:</w:t>
            </w:r>
          </w:p>
        </w:tc>
        <w:tc>
          <w:tcPr>
            <w:tcW w:w="2193" w:type="dxa"/>
          </w:tcPr>
          <w:p w14:paraId="76BBF509" w14:textId="77777777" w:rsidR="00B240CF" w:rsidRDefault="00B240CF" w:rsidP="62931247">
            <w:pPr>
              <w:spacing w:before="120" w:after="120"/>
              <w:contextualSpacing/>
              <w:rPr>
                <w:rFonts w:cs="Arial"/>
                <w:b/>
                <w:bCs/>
              </w:rPr>
            </w:pPr>
          </w:p>
          <w:p w14:paraId="23B44711" w14:textId="77777777" w:rsidR="00B240CF" w:rsidRPr="00B95659" w:rsidRDefault="00B240CF" w:rsidP="62931247">
            <w:pPr>
              <w:spacing w:before="120" w:after="120"/>
              <w:contextualSpacing/>
              <w:rPr>
                <w:rFonts w:cs="Arial"/>
                <w:b/>
                <w:bCs/>
              </w:rPr>
            </w:pPr>
            <w:r w:rsidRPr="62931247">
              <w:rPr>
                <w:rFonts w:cs="Arial"/>
                <w:b/>
                <w:bCs/>
              </w:rPr>
              <w:t>By when?</w:t>
            </w:r>
          </w:p>
        </w:tc>
      </w:tr>
      <w:tr w:rsidR="00B240CF" w14:paraId="558CE241" w14:textId="77777777" w:rsidTr="002D2AAF">
        <w:trPr>
          <w:trHeight w:val="680"/>
        </w:trPr>
        <w:tc>
          <w:tcPr>
            <w:tcW w:w="7904" w:type="dxa"/>
          </w:tcPr>
          <w:p w14:paraId="5144C932" w14:textId="77777777" w:rsidR="00B240CF" w:rsidRDefault="00B240CF" w:rsidP="62931247">
            <w:pPr>
              <w:contextualSpacing/>
              <w:rPr>
                <w:rFonts w:cs="Arial"/>
                <w:b/>
                <w:bCs/>
              </w:rPr>
            </w:pPr>
          </w:p>
        </w:tc>
        <w:tc>
          <w:tcPr>
            <w:tcW w:w="4519" w:type="dxa"/>
          </w:tcPr>
          <w:p w14:paraId="56E76372" w14:textId="77777777" w:rsidR="00B240CF" w:rsidRPr="00B95659" w:rsidRDefault="00B240CF" w:rsidP="62931247">
            <w:pPr>
              <w:contextualSpacing/>
              <w:rPr>
                <w:rFonts w:cs="Arial"/>
                <w:b/>
                <w:bCs/>
              </w:rPr>
            </w:pPr>
          </w:p>
        </w:tc>
        <w:tc>
          <w:tcPr>
            <w:tcW w:w="2193" w:type="dxa"/>
          </w:tcPr>
          <w:p w14:paraId="05DEF5EB" w14:textId="77777777" w:rsidR="00B240CF" w:rsidRDefault="00B240CF" w:rsidP="62931247">
            <w:pPr>
              <w:contextualSpacing/>
              <w:rPr>
                <w:rFonts w:cs="Arial"/>
                <w:b/>
                <w:bCs/>
              </w:rPr>
            </w:pPr>
          </w:p>
        </w:tc>
      </w:tr>
      <w:tr w:rsidR="00B240CF" w14:paraId="1A797AA1" w14:textId="77777777" w:rsidTr="002D2AAF">
        <w:trPr>
          <w:trHeight w:val="680"/>
        </w:trPr>
        <w:tc>
          <w:tcPr>
            <w:tcW w:w="7904" w:type="dxa"/>
          </w:tcPr>
          <w:p w14:paraId="18D0C60F" w14:textId="77777777" w:rsidR="00B240CF" w:rsidRDefault="00B240CF" w:rsidP="62931247">
            <w:pPr>
              <w:contextualSpacing/>
              <w:rPr>
                <w:rFonts w:cs="Arial"/>
                <w:b/>
                <w:bCs/>
              </w:rPr>
            </w:pPr>
          </w:p>
        </w:tc>
        <w:tc>
          <w:tcPr>
            <w:tcW w:w="4519" w:type="dxa"/>
          </w:tcPr>
          <w:p w14:paraId="1C4AFD40" w14:textId="77777777" w:rsidR="00B240CF" w:rsidRPr="00B95659" w:rsidRDefault="00B240CF" w:rsidP="62931247">
            <w:pPr>
              <w:contextualSpacing/>
              <w:rPr>
                <w:rFonts w:cs="Arial"/>
                <w:b/>
                <w:bCs/>
              </w:rPr>
            </w:pPr>
          </w:p>
        </w:tc>
        <w:tc>
          <w:tcPr>
            <w:tcW w:w="2193" w:type="dxa"/>
          </w:tcPr>
          <w:p w14:paraId="03E244E3" w14:textId="77777777" w:rsidR="00B240CF" w:rsidRDefault="00B240CF" w:rsidP="62931247">
            <w:pPr>
              <w:contextualSpacing/>
              <w:rPr>
                <w:rFonts w:cs="Arial"/>
                <w:b/>
                <w:bCs/>
              </w:rPr>
            </w:pPr>
          </w:p>
        </w:tc>
      </w:tr>
      <w:tr w:rsidR="00B240CF" w14:paraId="5EE1F7BF" w14:textId="77777777" w:rsidTr="002D2AAF">
        <w:trPr>
          <w:trHeight w:val="680"/>
        </w:trPr>
        <w:tc>
          <w:tcPr>
            <w:tcW w:w="7904" w:type="dxa"/>
          </w:tcPr>
          <w:p w14:paraId="617E9D8E" w14:textId="77777777" w:rsidR="00B240CF" w:rsidRDefault="00B240CF" w:rsidP="62931247">
            <w:pPr>
              <w:contextualSpacing/>
              <w:rPr>
                <w:rFonts w:cs="Arial"/>
              </w:rPr>
            </w:pPr>
          </w:p>
          <w:p w14:paraId="516F3058" w14:textId="77777777" w:rsidR="00B240CF" w:rsidRPr="00153BA5" w:rsidRDefault="00B240CF" w:rsidP="62931247">
            <w:pPr>
              <w:contextualSpacing/>
              <w:rPr>
                <w:rFonts w:cs="Arial"/>
              </w:rPr>
            </w:pPr>
            <w:r w:rsidRPr="62931247">
              <w:rPr>
                <w:rFonts w:cs="Arial"/>
              </w:rPr>
              <w:t xml:space="preserve">Join the SDN </w:t>
            </w:r>
            <w:hyperlink r:id="rId21">
              <w:r w:rsidRPr="62931247">
                <w:rPr>
                  <w:rStyle w:val="Hyperlink"/>
                  <w:rFonts w:cs="Arial"/>
                </w:rPr>
                <w:t>T Level LinkedIn Employer Engagement LinkedIn Forum.</w:t>
              </w:r>
            </w:hyperlink>
            <w:r w:rsidRPr="62931247">
              <w:rPr>
                <w:rFonts w:cs="Arial"/>
              </w:rPr>
              <w:t xml:space="preserve"> This is an open account for sharing and updating. </w:t>
            </w:r>
          </w:p>
        </w:tc>
        <w:tc>
          <w:tcPr>
            <w:tcW w:w="4519" w:type="dxa"/>
          </w:tcPr>
          <w:p w14:paraId="319E7F0E" w14:textId="77777777" w:rsidR="00B240CF" w:rsidRDefault="00B240CF" w:rsidP="62931247">
            <w:pPr>
              <w:contextualSpacing/>
              <w:rPr>
                <w:rFonts w:cs="Arial"/>
              </w:rPr>
            </w:pPr>
          </w:p>
        </w:tc>
        <w:tc>
          <w:tcPr>
            <w:tcW w:w="2193" w:type="dxa"/>
          </w:tcPr>
          <w:p w14:paraId="287D02D2" w14:textId="77777777" w:rsidR="00B240CF" w:rsidRDefault="00B240CF" w:rsidP="62931247">
            <w:pPr>
              <w:contextualSpacing/>
              <w:rPr>
                <w:rFonts w:cs="Arial"/>
              </w:rPr>
            </w:pPr>
          </w:p>
        </w:tc>
      </w:tr>
      <w:tr w:rsidR="00B240CF" w14:paraId="68505500" w14:textId="77777777" w:rsidTr="002D2AAF">
        <w:trPr>
          <w:trHeight w:val="680"/>
        </w:trPr>
        <w:tc>
          <w:tcPr>
            <w:tcW w:w="7904" w:type="dxa"/>
          </w:tcPr>
          <w:p w14:paraId="1DEA42D7" w14:textId="77777777" w:rsidR="00B240CF" w:rsidRDefault="00B240CF" w:rsidP="62931247">
            <w:pPr>
              <w:contextualSpacing/>
              <w:rPr>
                <w:rFonts w:cs="Arial"/>
              </w:rPr>
            </w:pPr>
          </w:p>
          <w:p w14:paraId="3F12ED86" w14:textId="77777777" w:rsidR="00B240CF" w:rsidRPr="00153BA5" w:rsidRDefault="00B240CF" w:rsidP="62931247">
            <w:pPr>
              <w:contextualSpacing/>
              <w:rPr>
                <w:rFonts w:cs="Arial"/>
              </w:rPr>
            </w:pPr>
            <w:r w:rsidRPr="62931247">
              <w:rPr>
                <w:rFonts w:cs="Arial"/>
              </w:rPr>
              <w:t xml:space="preserve">Request to join the </w:t>
            </w:r>
            <w:hyperlink r:id="rId22">
              <w:r w:rsidRPr="62931247">
                <w:rPr>
                  <w:rStyle w:val="Hyperlink"/>
                  <w:rFonts w:cs="Arial"/>
                </w:rPr>
                <w:t>T Level Employer Engagement Exchange.</w:t>
              </w:r>
            </w:hyperlink>
            <w:r w:rsidRPr="62931247">
              <w:rPr>
                <w:rFonts w:cs="Arial"/>
              </w:rPr>
              <w:t xml:space="preserve"> This is a closed group for employer engagement colleagues only – your space to continue to ask for support, share advice and practice, etc... </w:t>
            </w:r>
          </w:p>
        </w:tc>
        <w:tc>
          <w:tcPr>
            <w:tcW w:w="4519" w:type="dxa"/>
          </w:tcPr>
          <w:p w14:paraId="542F0917" w14:textId="77777777" w:rsidR="00B240CF" w:rsidRDefault="00B240CF" w:rsidP="62931247">
            <w:pPr>
              <w:contextualSpacing/>
              <w:rPr>
                <w:rFonts w:cs="Arial"/>
              </w:rPr>
            </w:pPr>
          </w:p>
        </w:tc>
        <w:tc>
          <w:tcPr>
            <w:tcW w:w="2193" w:type="dxa"/>
          </w:tcPr>
          <w:p w14:paraId="2B7CA846" w14:textId="77777777" w:rsidR="00B240CF" w:rsidRDefault="00B240CF" w:rsidP="62931247">
            <w:pPr>
              <w:contextualSpacing/>
              <w:rPr>
                <w:rFonts w:cs="Arial"/>
              </w:rPr>
            </w:pPr>
          </w:p>
        </w:tc>
      </w:tr>
      <w:tr w:rsidR="00B240CF" w14:paraId="7CE9E592" w14:textId="77777777" w:rsidTr="002D2AAF">
        <w:trPr>
          <w:trHeight w:val="680"/>
        </w:trPr>
        <w:tc>
          <w:tcPr>
            <w:tcW w:w="7904" w:type="dxa"/>
          </w:tcPr>
          <w:p w14:paraId="6CD9DD74" w14:textId="77777777" w:rsidR="00B240CF" w:rsidRDefault="00B240CF" w:rsidP="62931247">
            <w:pPr>
              <w:contextualSpacing/>
              <w:rPr>
                <w:rFonts w:cs="Arial"/>
              </w:rPr>
            </w:pPr>
          </w:p>
          <w:p w14:paraId="7D11A006" w14:textId="77777777" w:rsidR="00B240CF" w:rsidRDefault="00B240CF" w:rsidP="62931247">
            <w:pPr>
              <w:contextualSpacing/>
              <w:rPr>
                <w:rFonts w:cs="Arial"/>
              </w:rPr>
            </w:pPr>
            <w:r w:rsidRPr="62931247">
              <w:rPr>
                <w:rFonts w:cs="Arial"/>
              </w:rPr>
              <w:t xml:space="preserve">Follow the </w:t>
            </w:r>
            <w:hyperlink r:id="rId23">
              <w:r w:rsidRPr="62931247">
                <w:rPr>
                  <w:rStyle w:val="Hyperlink"/>
                  <w:rFonts w:cs="Arial"/>
                </w:rPr>
                <w:t>DfE T Levels page</w:t>
              </w:r>
            </w:hyperlink>
          </w:p>
        </w:tc>
        <w:tc>
          <w:tcPr>
            <w:tcW w:w="4519" w:type="dxa"/>
          </w:tcPr>
          <w:p w14:paraId="2835142C" w14:textId="77777777" w:rsidR="00B240CF" w:rsidRDefault="00B240CF" w:rsidP="62931247">
            <w:pPr>
              <w:contextualSpacing/>
              <w:rPr>
                <w:rFonts w:cs="Arial"/>
              </w:rPr>
            </w:pPr>
          </w:p>
        </w:tc>
        <w:tc>
          <w:tcPr>
            <w:tcW w:w="2193" w:type="dxa"/>
          </w:tcPr>
          <w:p w14:paraId="1753978E" w14:textId="77777777" w:rsidR="00B240CF" w:rsidRDefault="00B240CF" w:rsidP="62931247">
            <w:pPr>
              <w:contextualSpacing/>
              <w:rPr>
                <w:rFonts w:cs="Arial"/>
              </w:rPr>
            </w:pPr>
          </w:p>
        </w:tc>
      </w:tr>
    </w:tbl>
    <w:p w14:paraId="0500BE75" w14:textId="77777777" w:rsidR="00B240CF" w:rsidRDefault="00B240CF" w:rsidP="00700FB4">
      <w:pPr>
        <w:pStyle w:val="Heading2"/>
        <w:sectPr w:rsidR="00B240CF" w:rsidSect="002441B5">
          <w:footerReference w:type="first" r:id="rId24"/>
          <w:pgSz w:w="15840" w:h="12240" w:orient="landscape"/>
          <w:pgMar w:top="720" w:right="720" w:bottom="720" w:left="720" w:header="510" w:footer="0" w:gutter="0"/>
          <w:cols w:space="720"/>
          <w:titlePg/>
          <w:docGrid w:linePitch="360"/>
        </w:sectPr>
      </w:pPr>
    </w:p>
    <w:p w14:paraId="5C0DC507" w14:textId="28D164CD" w:rsidR="00794BE6" w:rsidRPr="00700FB4" w:rsidRDefault="00500CFB" w:rsidP="00700FB4">
      <w:pPr>
        <w:pStyle w:val="Heading2"/>
      </w:pPr>
      <w:r>
        <w:lastRenderedPageBreak/>
        <w:t xml:space="preserve">HANDOUT </w:t>
      </w:r>
      <w:r w:rsidR="00B240CF">
        <w:t>2</w:t>
      </w:r>
    </w:p>
    <w:p w14:paraId="61904CA2" w14:textId="229227CE" w:rsidR="003734D6" w:rsidRPr="00B418F6" w:rsidRDefault="00500CFB" w:rsidP="003734D6">
      <w:pPr>
        <w:rPr>
          <w:rFonts w:cs="Arial"/>
          <w:b/>
          <w:bCs/>
        </w:rPr>
      </w:pPr>
      <w:r w:rsidRPr="62931247">
        <w:rPr>
          <w:rFonts w:cs="Arial"/>
          <w:b/>
          <w:bCs/>
        </w:rPr>
        <w:t xml:space="preserve">Comment, Connect and Post: </w:t>
      </w:r>
      <w:r w:rsidRPr="62931247">
        <w:rPr>
          <w:rFonts w:cs="Arial"/>
        </w:rPr>
        <w:t xml:space="preserve">Practical </w:t>
      </w:r>
      <w:r w:rsidR="00B418F6" w:rsidRPr="62931247">
        <w:rPr>
          <w:rFonts w:cs="Arial"/>
        </w:rPr>
        <w:t>s</w:t>
      </w:r>
      <w:r w:rsidRPr="62931247">
        <w:rPr>
          <w:rFonts w:cs="Arial"/>
        </w:rPr>
        <w:t>tarters</w:t>
      </w:r>
      <w:r w:rsidR="00B418F6" w:rsidRPr="62931247">
        <w:rPr>
          <w:rFonts w:cs="Arial"/>
        </w:rPr>
        <w:t xml:space="preserve"> for being useful, visible and human on LinkedIn</w:t>
      </w:r>
    </w:p>
    <w:p w14:paraId="397B9445" w14:textId="77777777" w:rsidR="00B418F6" w:rsidRPr="00B418F6" w:rsidRDefault="00B418F6" w:rsidP="003734D6">
      <w:pPr>
        <w:rPr>
          <w:rFonts w:cs="Arial"/>
        </w:rPr>
      </w:pPr>
    </w:p>
    <w:p w14:paraId="6D80D318" w14:textId="2F04ADE7" w:rsidR="00DB40FA" w:rsidRPr="00B418F6" w:rsidRDefault="00500CFB" w:rsidP="003734D6">
      <w:pPr>
        <w:rPr>
          <w:rFonts w:cs="Arial"/>
          <w:b/>
          <w:bCs/>
        </w:rPr>
      </w:pPr>
      <w:r w:rsidRPr="62931247">
        <w:rPr>
          <w:rFonts w:cs="Arial"/>
          <w:b/>
          <w:bCs/>
        </w:rPr>
        <w:t>1. Commenting: move beyond “great post”</w:t>
      </w:r>
    </w:p>
    <w:p w14:paraId="022F2BD8" w14:textId="77777777" w:rsidR="00DB40FA" w:rsidRPr="00B418F6" w:rsidRDefault="00500CFB" w:rsidP="003734D6">
      <w:pPr>
        <w:rPr>
          <w:rFonts w:cs="Arial"/>
        </w:rPr>
      </w:pPr>
      <w:r w:rsidRPr="62931247">
        <w:rPr>
          <w:rFonts w:cs="Arial"/>
        </w:rPr>
        <w:t>A useful comment often does one of three things:</w:t>
      </w:r>
    </w:p>
    <w:p w14:paraId="66B1B523" w14:textId="77777777" w:rsidR="00DB40FA" w:rsidRPr="00B418F6" w:rsidRDefault="00500CFB" w:rsidP="00B418F6">
      <w:pPr>
        <w:pStyle w:val="ListParagraph"/>
        <w:numPr>
          <w:ilvl w:val="0"/>
          <w:numId w:val="10"/>
        </w:numPr>
        <w:rPr>
          <w:rFonts w:cs="Arial"/>
        </w:rPr>
      </w:pPr>
      <w:r w:rsidRPr="62931247">
        <w:rPr>
          <w:rFonts w:cs="Arial"/>
        </w:rPr>
        <w:t>recognises something relevant</w:t>
      </w:r>
    </w:p>
    <w:p w14:paraId="4A7EFE58" w14:textId="77777777" w:rsidR="00DB40FA" w:rsidRPr="00B418F6" w:rsidRDefault="00500CFB" w:rsidP="00B418F6">
      <w:pPr>
        <w:pStyle w:val="ListParagraph"/>
        <w:numPr>
          <w:ilvl w:val="0"/>
          <w:numId w:val="10"/>
        </w:numPr>
        <w:rPr>
          <w:rFonts w:cs="Arial"/>
        </w:rPr>
      </w:pPr>
      <w:r w:rsidRPr="62931247">
        <w:rPr>
          <w:rFonts w:cs="Arial"/>
        </w:rPr>
        <w:t>adds a useful perspective or example</w:t>
      </w:r>
    </w:p>
    <w:p w14:paraId="04F065C4" w14:textId="77777777" w:rsidR="00DB40FA" w:rsidRPr="00B418F6" w:rsidRDefault="00500CFB" w:rsidP="00B418F6">
      <w:pPr>
        <w:pStyle w:val="ListParagraph"/>
        <w:numPr>
          <w:ilvl w:val="0"/>
          <w:numId w:val="10"/>
        </w:numPr>
        <w:rPr>
          <w:rFonts w:cs="Arial"/>
        </w:rPr>
      </w:pPr>
      <w:r w:rsidRPr="62931247">
        <w:rPr>
          <w:rFonts w:cs="Arial"/>
        </w:rPr>
        <w:t>opens a conversation</w:t>
      </w:r>
    </w:p>
    <w:p w14:paraId="1AF9AB30" w14:textId="77777777" w:rsidR="00B418F6" w:rsidRPr="00B418F6" w:rsidRDefault="00B418F6" w:rsidP="003734D6">
      <w:pPr>
        <w:rPr>
          <w:rFonts w:cs="Arial"/>
        </w:rPr>
      </w:pPr>
    </w:p>
    <w:p w14:paraId="2F69E4E2" w14:textId="77777777" w:rsidR="00B418F6" w:rsidRPr="00B418F6" w:rsidRDefault="00500CFB" w:rsidP="003734D6">
      <w:pPr>
        <w:rPr>
          <w:rFonts w:cs="Arial"/>
        </w:rPr>
      </w:pPr>
      <w:r w:rsidRPr="62931247">
        <w:rPr>
          <w:rFonts w:cs="Arial"/>
          <w:b/>
          <w:bCs/>
        </w:rPr>
        <w:t>Simple comment formula</w:t>
      </w:r>
      <w:r w:rsidR="00B418F6" w:rsidRPr="62931247">
        <w:rPr>
          <w:rFonts w:cs="Arial"/>
        </w:rPr>
        <w:t xml:space="preserve">: </w:t>
      </w:r>
    </w:p>
    <w:p w14:paraId="6E04EBA2" w14:textId="6BDF1A88" w:rsidR="00B418F6" w:rsidRPr="00B418F6" w:rsidRDefault="00B418F6" w:rsidP="003734D6">
      <w:pPr>
        <w:rPr>
          <w:rFonts w:cs="Arial"/>
        </w:rPr>
      </w:pPr>
      <w:r w:rsidRPr="00B418F6">
        <w:rPr>
          <w:rFonts w:cs="Arial"/>
          <w:noProof/>
        </w:rPr>
        <mc:AlternateContent>
          <mc:Choice Requires="wps">
            <w:drawing>
              <wp:anchor distT="0" distB="0" distL="114300" distR="114300" simplePos="0" relativeHeight="251658240" behindDoc="1" locked="0" layoutInCell="1" allowOverlap="1" wp14:anchorId="6909D27C" wp14:editId="42957B40">
                <wp:simplePos x="0" y="0"/>
                <wp:positionH relativeFrom="column">
                  <wp:posOffset>2011680</wp:posOffset>
                </wp:positionH>
                <wp:positionV relativeFrom="paragraph">
                  <wp:posOffset>24221</wp:posOffset>
                </wp:positionV>
                <wp:extent cx="2460353" cy="658585"/>
                <wp:effectExtent l="50800" t="25400" r="67310" b="78105"/>
                <wp:wrapNone/>
                <wp:docPr id="539073197" name="Rounded Rectangle 3"/>
                <wp:cNvGraphicFramePr/>
                <a:graphic xmlns:a="http://schemas.openxmlformats.org/drawingml/2006/main">
                  <a:graphicData uri="http://schemas.microsoft.com/office/word/2010/wordprocessingShape">
                    <wps:wsp>
                      <wps:cNvSpPr/>
                      <wps:spPr>
                        <a:xfrm>
                          <a:off x="0" y="0"/>
                          <a:ext cx="2460353" cy="658585"/>
                        </a:xfrm>
                        <a:prstGeom prst="round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FDD9F" id="Rounded Rectangle 3" o:spid="_x0000_s1026" style="position:absolute;margin-left:158.4pt;margin-top:1.9pt;width:193.75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" fillcolor="#4f81bd [3204]" strokecolor="#4579b8 [3044]">
                <v:fill color2="#a7bfde [1620]" rotate="t" angle="180" focus="100%" type="gradient">
                  <o:fill v:ext="view" type="gradientUnscaled"/>
                </v:fill>
                <v:shadow on="t" color="black" opacity="22937f" origin=",.5" offset="0,.63889mm"/>
              </v:roundrect>
            </w:pict>
          </mc:Fallback>
        </mc:AlternateContent>
      </w:r>
    </w:p>
    <w:p w14:paraId="157CC3FB" w14:textId="0C7E8D71" w:rsidR="00DB40FA" w:rsidRPr="00B418F6" w:rsidRDefault="00B418F6" w:rsidP="00B418F6">
      <w:pPr>
        <w:jc w:val="center"/>
        <w:rPr>
          <w:rFonts w:cs="Arial"/>
          <w:b/>
          <w:bCs/>
          <w:sz w:val="28"/>
          <w:szCs w:val="28"/>
        </w:rPr>
      </w:pPr>
      <w:r w:rsidRPr="62931247">
        <w:rPr>
          <w:rFonts w:cs="Arial"/>
          <w:b/>
          <w:bCs/>
          <w:sz w:val="28"/>
          <w:szCs w:val="28"/>
        </w:rPr>
        <w:t xml:space="preserve">Recognise </w:t>
      </w:r>
      <w:r w:rsidRPr="62931247">
        <w:rPr>
          <w:rFonts w:cs="Arial"/>
          <w:b/>
          <w:bCs/>
          <w:color w:val="FFFFFF" w:themeColor="background1"/>
          <w:sz w:val="28"/>
          <w:szCs w:val="28"/>
        </w:rPr>
        <w:t>+</w:t>
      </w:r>
      <w:r w:rsidRPr="62931247">
        <w:rPr>
          <w:rFonts w:cs="Arial"/>
          <w:b/>
          <w:bCs/>
          <w:sz w:val="28"/>
          <w:szCs w:val="28"/>
        </w:rPr>
        <w:t xml:space="preserve"> Add </w:t>
      </w:r>
      <w:r w:rsidRPr="62931247">
        <w:rPr>
          <w:rFonts w:cs="Arial"/>
          <w:b/>
          <w:bCs/>
          <w:color w:val="FFFFFF" w:themeColor="background1"/>
          <w:sz w:val="28"/>
          <w:szCs w:val="28"/>
        </w:rPr>
        <w:t>+</w:t>
      </w:r>
      <w:r w:rsidRPr="62931247">
        <w:rPr>
          <w:rFonts w:cs="Arial"/>
          <w:b/>
          <w:bCs/>
          <w:sz w:val="28"/>
          <w:szCs w:val="28"/>
        </w:rPr>
        <w:t xml:space="preserve"> Invite</w:t>
      </w:r>
    </w:p>
    <w:p w14:paraId="57938370" w14:textId="77777777" w:rsidR="00B418F6" w:rsidRPr="00B418F6" w:rsidRDefault="00B418F6" w:rsidP="003734D6">
      <w:pPr>
        <w:rPr>
          <w:rFonts w:cs="Arial"/>
        </w:rPr>
      </w:pPr>
    </w:p>
    <w:p w14:paraId="38183EE3" w14:textId="4DD09FE9" w:rsidR="00DB40FA" w:rsidRPr="00A006FE" w:rsidRDefault="00500CFB" w:rsidP="003734D6">
      <w:pPr>
        <w:rPr>
          <w:rFonts w:cs="Arial"/>
          <w:b/>
          <w:bCs/>
        </w:rPr>
      </w:pPr>
      <w:r w:rsidRPr="62931247">
        <w:rPr>
          <w:rFonts w:cs="Arial"/>
          <w:b/>
          <w:bCs/>
        </w:rPr>
        <w:t>Examples</w:t>
      </w:r>
      <w:r w:rsidR="00B418F6" w:rsidRPr="62931247">
        <w:rPr>
          <w:rFonts w:cs="Arial"/>
          <w:b/>
          <w:bCs/>
        </w:rPr>
        <w:t>:</w:t>
      </w:r>
    </w:p>
    <w:p w14:paraId="15314F2D" w14:textId="77777777" w:rsidR="00DB40FA" w:rsidRDefault="00500CFB" w:rsidP="62931247">
      <w:pPr>
        <w:rPr>
          <w:rFonts w:cs="Arial"/>
          <w:i/>
          <w:iCs/>
        </w:rPr>
      </w:pPr>
      <w:r w:rsidRPr="62931247">
        <w:rPr>
          <w:rFonts w:cs="Arial"/>
          <w:i/>
          <w:iCs/>
        </w:rPr>
        <w:t>“Great to see this focus on future skills. We are hearing similar messages from employers exploring how they can connect with young people earlier and build a future talent pipeline.”</w:t>
      </w:r>
    </w:p>
    <w:p w14:paraId="3DF52BFA" w14:textId="77777777" w:rsidR="00A006FE" w:rsidRPr="00A006FE" w:rsidRDefault="00A006FE" w:rsidP="62931247">
      <w:pPr>
        <w:rPr>
          <w:rFonts w:cs="Arial"/>
          <w:i/>
          <w:iCs/>
        </w:rPr>
      </w:pPr>
    </w:p>
    <w:p w14:paraId="1FB73A7B" w14:textId="77777777" w:rsidR="00DB40FA" w:rsidRDefault="00500CFB" w:rsidP="62931247">
      <w:pPr>
        <w:rPr>
          <w:rFonts w:cs="Arial"/>
          <w:i/>
          <w:iCs/>
        </w:rPr>
      </w:pPr>
      <w:r w:rsidRPr="62931247">
        <w:rPr>
          <w:rFonts w:cs="Arial"/>
          <w:i/>
          <w:iCs/>
        </w:rPr>
        <w:t>“Congratulations on the expansion. It is encouraging to see local businesses investing in growth and skills. We would be pleased to stay connected and hear more about your future workforce plans.”</w:t>
      </w:r>
    </w:p>
    <w:p w14:paraId="30542F04" w14:textId="77777777" w:rsidR="00A006FE" w:rsidRPr="00A006FE" w:rsidRDefault="00A006FE" w:rsidP="62931247">
      <w:pPr>
        <w:rPr>
          <w:rFonts w:cs="Arial"/>
          <w:i/>
          <w:iCs/>
        </w:rPr>
      </w:pPr>
    </w:p>
    <w:p w14:paraId="14CAEB99" w14:textId="16CAD214" w:rsidR="00A006FE" w:rsidRPr="000170EF" w:rsidRDefault="00500CFB" w:rsidP="62931247">
      <w:pPr>
        <w:rPr>
          <w:rFonts w:cs="Arial"/>
          <w:i/>
          <w:iCs/>
        </w:rPr>
      </w:pPr>
      <w:r w:rsidRPr="62931247">
        <w:rPr>
          <w:rFonts w:cs="Arial"/>
          <w:i/>
          <w:iCs/>
        </w:rPr>
        <w:t xml:space="preserve">“This is a </w:t>
      </w:r>
      <w:r w:rsidR="00A006FE" w:rsidRPr="62931247">
        <w:rPr>
          <w:rFonts w:cs="Arial"/>
          <w:i/>
          <w:iCs/>
        </w:rPr>
        <w:t>useful</w:t>
      </w:r>
      <w:r w:rsidRPr="62931247">
        <w:rPr>
          <w:rFonts w:cs="Arial"/>
          <w:i/>
          <w:iCs/>
        </w:rPr>
        <w:t xml:space="preserve"> point about attracting people into the sector. T Level industry placements can give employers an opportunity to introduce young people to real workplace roles and projects.”</w:t>
      </w:r>
    </w:p>
    <w:p w14:paraId="08BAC7F2" w14:textId="289C71EA" w:rsidR="00DB40FA" w:rsidRPr="00A006FE" w:rsidRDefault="00500CFB" w:rsidP="003734D6">
      <w:pPr>
        <w:rPr>
          <w:rFonts w:cs="Arial"/>
          <w:b/>
          <w:bCs/>
        </w:rPr>
      </w:pPr>
      <w:r w:rsidRPr="62931247">
        <w:rPr>
          <w:rFonts w:cs="Arial"/>
          <w:b/>
          <w:bCs/>
        </w:rPr>
        <w:t>Avoid</w:t>
      </w:r>
    </w:p>
    <w:p w14:paraId="00955653" w14:textId="77777777" w:rsidR="00DB40FA" w:rsidRPr="00A006FE" w:rsidRDefault="00500CFB" w:rsidP="00A006FE">
      <w:pPr>
        <w:pStyle w:val="ListParagraph"/>
        <w:numPr>
          <w:ilvl w:val="0"/>
          <w:numId w:val="11"/>
        </w:numPr>
        <w:rPr>
          <w:rFonts w:cs="Arial"/>
        </w:rPr>
      </w:pPr>
      <w:r w:rsidRPr="62931247">
        <w:rPr>
          <w:rFonts w:cs="Arial"/>
          <w:i/>
          <w:iCs/>
        </w:rPr>
        <w:t>“Great post!”</w:t>
      </w:r>
      <w:r w:rsidRPr="62931247">
        <w:rPr>
          <w:rFonts w:cs="Arial"/>
        </w:rPr>
        <w:t xml:space="preserve"> with no added value</w:t>
      </w:r>
    </w:p>
    <w:p w14:paraId="7C1D6599" w14:textId="77777777" w:rsidR="00DB40FA" w:rsidRPr="00A006FE" w:rsidRDefault="00500CFB" w:rsidP="00A006FE">
      <w:pPr>
        <w:pStyle w:val="ListParagraph"/>
        <w:numPr>
          <w:ilvl w:val="0"/>
          <w:numId w:val="11"/>
        </w:numPr>
        <w:rPr>
          <w:rFonts w:cs="Arial"/>
        </w:rPr>
      </w:pPr>
      <w:r w:rsidRPr="62931247">
        <w:rPr>
          <w:rFonts w:cs="Arial"/>
        </w:rPr>
        <w:t>copying and pasting the same comment repeatedly</w:t>
      </w:r>
    </w:p>
    <w:p w14:paraId="0ECF884F" w14:textId="77777777" w:rsidR="00DB40FA" w:rsidRPr="00A006FE" w:rsidRDefault="00500CFB" w:rsidP="00A006FE">
      <w:pPr>
        <w:pStyle w:val="ListParagraph"/>
        <w:numPr>
          <w:ilvl w:val="0"/>
          <w:numId w:val="11"/>
        </w:numPr>
        <w:rPr>
          <w:rFonts w:cs="Arial"/>
        </w:rPr>
      </w:pPr>
      <w:r w:rsidRPr="62931247">
        <w:rPr>
          <w:rFonts w:cs="Arial"/>
        </w:rPr>
        <w:t>turning every comment into a direct sales message</w:t>
      </w:r>
    </w:p>
    <w:p w14:paraId="4AAD08F4" w14:textId="77777777" w:rsidR="00DB40FA" w:rsidRPr="00A006FE" w:rsidRDefault="00500CFB" w:rsidP="00A006FE">
      <w:pPr>
        <w:pStyle w:val="ListParagraph"/>
        <w:numPr>
          <w:ilvl w:val="0"/>
          <w:numId w:val="11"/>
        </w:numPr>
        <w:rPr>
          <w:rFonts w:cs="Arial"/>
        </w:rPr>
      </w:pPr>
      <w:r w:rsidRPr="62931247">
        <w:rPr>
          <w:rFonts w:cs="Arial"/>
        </w:rPr>
        <w:t>tagging people unnecessarily</w:t>
      </w:r>
    </w:p>
    <w:p w14:paraId="2CD28056" w14:textId="77777777" w:rsidR="00794BE6" w:rsidRDefault="00794BE6" w:rsidP="003734D6">
      <w:pPr>
        <w:rPr>
          <w:rFonts w:cs="Arial"/>
        </w:rPr>
      </w:pPr>
    </w:p>
    <w:p w14:paraId="6E66DB6C" w14:textId="6D9E86CB" w:rsidR="00794BE6" w:rsidRPr="00794BE6" w:rsidRDefault="00500CFB" w:rsidP="003734D6">
      <w:pPr>
        <w:rPr>
          <w:rFonts w:cs="Arial"/>
          <w:b/>
          <w:bCs/>
        </w:rPr>
      </w:pPr>
      <w:r w:rsidRPr="62931247">
        <w:rPr>
          <w:rFonts w:cs="Arial"/>
          <w:b/>
          <w:bCs/>
        </w:rPr>
        <w:t>2. Connection requests: open the door</w:t>
      </w:r>
    </w:p>
    <w:p w14:paraId="03F72037" w14:textId="77777777" w:rsidR="000170EF" w:rsidRDefault="000170EF" w:rsidP="003734D6">
      <w:pPr>
        <w:rPr>
          <w:rFonts w:cs="Arial"/>
          <w:b/>
          <w:bCs/>
        </w:rPr>
      </w:pPr>
    </w:p>
    <w:p w14:paraId="2A9AA9F8" w14:textId="2FCDC479" w:rsidR="00DB40FA" w:rsidRPr="00794BE6" w:rsidRDefault="00500CFB" w:rsidP="003734D6">
      <w:pPr>
        <w:rPr>
          <w:rFonts w:cs="Arial"/>
          <w:b/>
          <w:bCs/>
        </w:rPr>
      </w:pPr>
      <w:r w:rsidRPr="62931247">
        <w:rPr>
          <w:rFonts w:cs="Arial"/>
          <w:b/>
          <w:bCs/>
        </w:rPr>
        <w:t>A simple structure</w:t>
      </w:r>
    </w:p>
    <w:p w14:paraId="612E1EBA" w14:textId="415DB224" w:rsidR="00794BE6" w:rsidRPr="00B418F6" w:rsidRDefault="00794BE6" w:rsidP="003734D6">
      <w:pPr>
        <w:rPr>
          <w:rFonts w:cs="Arial"/>
        </w:rPr>
      </w:pPr>
      <w:r w:rsidRPr="62931247">
        <w:rPr>
          <w:rFonts w:cs="Arial"/>
        </w:rPr>
        <w:t>Hi [Name], I work with employers across [place/sector] to support T Level industry placements and future talent opportunities. I noticed [relevant hook] and thought it would be useful to connect.</w:t>
      </w:r>
    </w:p>
    <w:p w14:paraId="49EC530A" w14:textId="77777777" w:rsidR="000170EF" w:rsidRDefault="000170EF" w:rsidP="003734D6">
      <w:pPr>
        <w:rPr>
          <w:rFonts w:cs="Arial"/>
          <w:b/>
          <w:bCs/>
        </w:rPr>
      </w:pPr>
    </w:p>
    <w:p w14:paraId="6E2E6B7E" w14:textId="58FF14A6" w:rsidR="000170EF" w:rsidRPr="00794BE6" w:rsidRDefault="00500CFB" w:rsidP="003734D6">
      <w:pPr>
        <w:rPr>
          <w:rFonts w:cs="Arial"/>
          <w:b/>
          <w:bCs/>
        </w:rPr>
      </w:pPr>
      <w:r w:rsidRPr="62931247">
        <w:rPr>
          <w:rFonts w:cs="Arial"/>
          <w:b/>
          <w:bCs/>
        </w:rPr>
        <w:lastRenderedPageBreak/>
        <w:t>Examples</w:t>
      </w:r>
    </w:p>
    <w:tbl>
      <w:tblPr>
        <w:tblStyle w:val="TableGrid"/>
        <w:tblW w:w="0" w:type="auto"/>
        <w:jc w:val="center"/>
        <w:tblLook w:val="04A0" w:firstRow="1" w:lastRow="0" w:firstColumn="1" w:lastColumn="0" w:noHBand="0" w:noVBand="1"/>
      </w:tblPr>
      <w:tblGrid>
        <w:gridCol w:w="3097"/>
        <w:gridCol w:w="7183"/>
      </w:tblGrid>
      <w:tr w:rsidR="00DB40FA" w:rsidRPr="00794BE6" w14:paraId="2C81302C" w14:textId="77777777" w:rsidTr="62931247">
        <w:trPr>
          <w:jc w:val="center"/>
        </w:trPr>
        <w:tc>
          <w:tcPr>
            <w:tcW w:w="3119" w:type="dxa"/>
            <w:shd w:val="clear" w:color="auto" w:fill="3F80CD"/>
            <w:tcMar>
              <w:top w:w="80" w:type="dxa"/>
              <w:left w:w="100" w:type="dxa"/>
              <w:bottom w:w="80" w:type="dxa"/>
              <w:right w:w="100" w:type="dxa"/>
            </w:tcMar>
            <w:vAlign w:val="center"/>
          </w:tcPr>
          <w:p w14:paraId="54CCBDCC" w14:textId="77777777" w:rsidR="00DB40FA" w:rsidRPr="00794BE6" w:rsidRDefault="00500CFB" w:rsidP="003734D6">
            <w:pPr>
              <w:rPr>
                <w:rFonts w:cs="Arial"/>
                <w:b/>
                <w:bCs/>
                <w:color w:val="FFFFFF" w:themeColor="background1"/>
              </w:rPr>
            </w:pPr>
            <w:r w:rsidRPr="62931247">
              <w:rPr>
                <w:rFonts w:cs="Arial"/>
                <w:b/>
                <w:bCs/>
                <w:color w:val="FFFFFF" w:themeColor="background1"/>
              </w:rPr>
              <w:t>Situation</w:t>
            </w:r>
          </w:p>
        </w:tc>
        <w:tc>
          <w:tcPr>
            <w:tcW w:w="7249" w:type="dxa"/>
            <w:shd w:val="clear" w:color="auto" w:fill="3F80CD"/>
            <w:tcMar>
              <w:top w:w="80" w:type="dxa"/>
              <w:left w:w="100" w:type="dxa"/>
              <w:bottom w:w="80" w:type="dxa"/>
              <w:right w:w="100" w:type="dxa"/>
            </w:tcMar>
            <w:vAlign w:val="center"/>
          </w:tcPr>
          <w:p w14:paraId="4D9A1E17" w14:textId="77777777" w:rsidR="00DB40FA" w:rsidRPr="00794BE6" w:rsidRDefault="00500CFB" w:rsidP="003734D6">
            <w:pPr>
              <w:rPr>
                <w:rFonts w:cs="Arial"/>
                <w:b/>
                <w:bCs/>
                <w:color w:val="FFFFFF" w:themeColor="background1"/>
              </w:rPr>
            </w:pPr>
            <w:r w:rsidRPr="62931247">
              <w:rPr>
                <w:rFonts w:cs="Arial"/>
                <w:b/>
                <w:bCs/>
                <w:color w:val="FFFFFF" w:themeColor="background1"/>
              </w:rPr>
              <w:t>Starter</w:t>
            </w:r>
          </w:p>
        </w:tc>
      </w:tr>
      <w:tr w:rsidR="00DB40FA" w:rsidRPr="00B418F6" w14:paraId="0213D11B" w14:textId="77777777" w:rsidTr="62931247">
        <w:trPr>
          <w:jc w:val="center"/>
        </w:trPr>
        <w:tc>
          <w:tcPr>
            <w:tcW w:w="3119" w:type="dxa"/>
            <w:tcMar>
              <w:top w:w="80" w:type="dxa"/>
              <w:left w:w="100" w:type="dxa"/>
              <w:bottom w:w="80" w:type="dxa"/>
              <w:right w:w="100" w:type="dxa"/>
            </w:tcMar>
            <w:vAlign w:val="center"/>
          </w:tcPr>
          <w:p w14:paraId="7321DD53" w14:textId="77777777" w:rsidR="00DB40FA" w:rsidRPr="00B418F6" w:rsidRDefault="00500CFB" w:rsidP="003734D6">
            <w:pPr>
              <w:rPr>
                <w:rFonts w:cs="Arial"/>
              </w:rPr>
            </w:pPr>
            <w:r w:rsidRPr="62931247">
              <w:rPr>
                <w:rFonts w:cs="Arial"/>
              </w:rPr>
              <w:t>After an event</w:t>
            </w:r>
          </w:p>
        </w:tc>
        <w:tc>
          <w:tcPr>
            <w:tcW w:w="7249" w:type="dxa"/>
            <w:tcMar>
              <w:top w:w="80" w:type="dxa"/>
              <w:left w:w="100" w:type="dxa"/>
              <w:bottom w:w="80" w:type="dxa"/>
              <w:right w:w="100" w:type="dxa"/>
            </w:tcMar>
            <w:vAlign w:val="center"/>
          </w:tcPr>
          <w:p w14:paraId="7534B515" w14:textId="77777777" w:rsidR="00DB40FA" w:rsidRPr="00B418F6" w:rsidRDefault="00500CFB" w:rsidP="003734D6">
            <w:pPr>
              <w:rPr>
                <w:rFonts w:cs="Arial"/>
              </w:rPr>
            </w:pPr>
            <w:r w:rsidRPr="62931247">
              <w:rPr>
                <w:rFonts w:cs="Arial"/>
              </w:rPr>
              <w:t>Hi [Name], it was great to meet you at [event]. I enjoyed hearing about your work on [topic]. I support employers with T Level industry placements and would be pleased to stay in touch.</w:t>
            </w:r>
          </w:p>
        </w:tc>
      </w:tr>
      <w:tr w:rsidR="00DB40FA" w:rsidRPr="00B418F6" w14:paraId="5C49CBDA" w14:textId="77777777" w:rsidTr="62931247">
        <w:trPr>
          <w:jc w:val="center"/>
        </w:trPr>
        <w:tc>
          <w:tcPr>
            <w:tcW w:w="3119" w:type="dxa"/>
            <w:tcMar>
              <w:top w:w="80" w:type="dxa"/>
              <w:left w:w="100" w:type="dxa"/>
              <w:bottom w:w="80" w:type="dxa"/>
              <w:right w:w="100" w:type="dxa"/>
            </w:tcMar>
            <w:vAlign w:val="center"/>
          </w:tcPr>
          <w:p w14:paraId="4D49B0A1" w14:textId="77777777" w:rsidR="00DB40FA" w:rsidRPr="00B418F6" w:rsidRDefault="00500CFB" w:rsidP="003734D6">
            <w:pPr>
              <w:rPr>
                <w:rFonts w:cs="Arial"/>
              </w:rPr>
            </w:pPr>
            <w:r w:rsidRPr="62931247">
              <w:rPr>
                <w:rFonts w:cs="Arial"/>
              </w:rPr>
              <w:t>Sector connection</w:t>
            </w:r>
          </w:p>
        </w:tc>
        <w:tc>
          <w:tcPr>
            <w:tcW w:w="7249" w:type="dxa"/>
            <w:tcMar>
              <w:top w:w="80" w:type="dxa"/>
              <w:left w:w="100" w:type="dxa"/>
              <w:bottom w:w="80" w:type="dxa"/>
              <w:right w:w="100" w:type="dxa"/>
            </w:tcMar>
            <w:vAlign w:val="center"/>
          </w:tcPr>
          <w:p w14:paraId="1F09F6B2" w14:textId="77777777" w:rsidR="00DB40FA" w:rsidRPr="00B418F6" w:rsidRDefault="00500CFB" w:rsidP="003734D6">
            <w:pPr>
              <w:rPr>
                <w:rFonts w:cs="Arial"/>
              </w:rPr>
            </w:pPr>
            <w:r w:rsidRPr="62931247">
              <w:rPr>
                <w:rFonts w:cs="Arial"/>
              </w:rPr>
              <w:t>Hi [Name], I work with employers in [sector/place] to build links with T Level students and future talent. I noticed your organisation’s work in [area] and thought it would be useful to connect.</w:t>
            </w:r>
          </w:p>
        </w:tc>
      </w:tr>
      <w:tr w:rsidR="00DB40FA" w:rsidRPr="00B418F6" w14:paraId="0363676A" w14:textId="77777777" w:rsidTr="62931247">
        <w:trPr>
          <w:jc w:val="center"/>
        </w:trPr>
        <w:tc>
          <w:tcPr>
            <w:tcW w:w="3119" w:type="dxa"/>
            <w:tcMar>
              <w:top w:w="80" w:type="dxa"/>
              <w:left w:w="100" w:type="dxa"/>
              <w:bottom w:w="80" w:type="dxa"/>
              <w:right w:w="100" w:type="dxa"/>
            </w:tcMar>
            <w:vAlign w:val="center"/>
          </w:tcPr>
          <w:p w14:paraId="161E4516" w14:textId="77777777" w:rsidR="00DB40FA" w:rsidRPr="00B418F6" w:rsidRDefault="00500CFB" w:rsidP="003734D6">
            <w:pPr>
              <w:rPr>
                <w:rFonts w:cs="Arial"/>
              </w:rPr>
            </w:pPr>
            <w:r w:rsidRPr="62931247">
              <w:rPr>
                <w:rFonts w:cs="Arial"/>
              </w:rPr>
              <w:t>Mutual interest</w:t>
            </w:r>
          </w:p>
        </w:tc>
        <w:tc>
          <w:tcPr>
            <w:tcW w:w="7249" w:type="dxa"/>
            <w:tcMar>
              <w:top w:w="80" w:type="dxa"/>
              <w:left w:w="100" w:type="dxa"/>
              <w:bottom w:w="80" w:type="dxa"/>
              <w:right w:w="100" w:type="dxa"/>
            </w:tcMar>
            <w:vAlign w:val="center"/>
          </w:tcPr>
          <w:p w14:paraId="224D1D22" w14:textId="77777777" w:rsidR="00DB40FA" w:rsidRPr="00B418F6" w:rsidRDefault="00500CFB" w:rsidP="003734D6">
            <w:pPr>
              <w:rPr>
                <w:rFonts w:cs="Arial"/>
              </w:rPr>
            </w:pPr>
            <w:r w:rsidRPr="62931247">
              <w:rPr>
                <w:rFonts w:cs="Arial"/>
              </w:rPr>
              <w:t>Hi [Name], I am connecting with employers interested in skills, early talent and workforce development across [area]. I would be pleased to stay in touch and share relevant opportunities.</w:t>
            </w:r>
          </w:p>
        </w:tc>
      </w:tr>
    </w:tbl>
    <w:p w14:paraId="6288745B" w14:textId="77777777" w:rsidR="00FA3957" w:rsidRDefault="00FA3957" w:rsidP="003734D6">
      <w:pPr>
        <w:rPr>
          <w:rFonts w:cs="Arial"/>
          <w:b/>
          <w:bCs/>
        </w:rPr>
      </w:pPr>
    </w:p>
    <w:p w14:paraId="1782FA9E" w14:textId="5610EE07" w:rsidR="00DB40FA" w:rsidRPr="00794BE6" w:rsidRDefault="00500CFB" w:rsidP="003734D6">
      <w:pPr>
        <w:rPr>
          <w:rFonts w:cs="Arial"/>
          <w:b/>
          <w:bCs/>
        </w:rPr>
      </w:pPr>
      <w:r w:rsidRPr="62931247">
        <w:rPr>
          <w:rFonts w:cs="Arial"/>
          <w:b/>
          <w:bCs/>
        </w:rPr>
        <w:t>3. Posting: use the work already happening</w:t>
      </w:r>
    </w:p>
    <w:p w14:paraId="4DEE916E" w14:textId="6D220379" w:rsidR="00794BE6" w:rsidRDefault="00500CFB" w:rsidP="003734D6">
      <w:pPr>
        <w:rPr>
          <w:rFonts w:cs="Arial"/>
          <w:b/>
          <w:bCs/>
        </w:rPr>
      </w:pPr>
      <w:r w:rsidRPr="62931247">
        <w:rPr>
          <w:rFonts w:cs="Arial"/>
          <w:b/>
          <w:bCs/>
        </w:rPr>
        <w:t>A simple post structure</w:t>
      </w:r>
    </w:p>
    <w:p w14:paraId="4DFF78F7" w14:textId="27E4C3E4" w:rsidR="00794BE6" w:rsidRPr="00794BE6" w:rsidRDefault="00794BE6" w:rsidP="003734D6">
      <w:pPr>
        <w:rPr>
          <w:rFonts w:cs="Arial"/>
          <w:b/>
          <w:bCs/>
        </w:rPr>
      </w:pPr>
      <w:r>
        <w:rPr>
          <w:rFonts w:cs="Arial"/>
          <w:b/>
          <w:bCs/>
          <w:noProof/>
        </w:rPr>
        <w:drawing>
          <wp:inline distT="0" distB="0" distL="0" distR="0" wp14:anchorId="241DA0A8" wp14:editId="4FA8B881">
            <wp:extent cx="6414135" cy="1169126"/>
            <wp:effectExtent l="57150" t="0" r="81915" b="0"/>
            <wp:docPr id="113211318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4A8B5A6" w14:textId="77777777" w:rsidR="003921EF" w:rsidRDefault="003921EF" w:rsidP="003734D6">
      <w:pPr>
        <w:rPr>
          <w:rFonts w:cs="Arial"/>
        </w:rPr>
      </w:pPr>
      <w:r w:rsidRPr="62931247">
        <w:rPr>
          <w:rFonts w:cs="Arial"/>
          <w:b/>
          <w:bCs/>
        </w:rPr>
        <w:t>Examples</w:t>
      </w:r>
      <w:r w:rsidRPr="62931247">
        <w:rPr>
          <w:rFonts w:cs="Arial"/>
        </w:rPr>
        <w:t xml:space="preserve"> </w:t>
      </w:r>
    </w:p>
    <w:p w14:paraId="11C5FE12" w14:textId="335BD28A" w:rsidR="00DB40FA" w:rsidRPr="003921EF" w:rsidRDefault="00500CFB" w:rsidP="003921EF">
      <w:pPr>
        <w:rPr>
          <w:rFonts w:cs="Arial"/>
          <w:b/>
          <w:bCs/>
        </w:rPr>
      </w:pPr>
      <w:r w:rsidRPr="62931247">
        <w:rPr>
          <w:rFonts w:cs="Arial"/>
          <w:b/>
          <w:bCs/>
        </w:rPr>
        <w:t>Employer visit</w:t>
      </w:r>
    </w:p>
    <w:p w14:paraId="2E3758A5" w14:textId="77777777" w:rsidR="003921EF" w:rsidRDefault="00500CFB" w:rsidP="62931247">
      <w:pPr>
        <w:spacing w:before="60" w:after="60" w:line="240" w:lineRule="auto"/>
        <w:ind w:left="720"/>
        <w:contextualSpacing/>
        <w:rPr>
          <w:rFonts w:cs="Arial"/>
          <w:i/>
          <w:iCs/>
        </w:rPr>
      </w:pPr>
      <w:r w:rsidRPr="62931247">
        <w:rPr>
          <w:rFonts w:cs="Arial"/>
          <w:i/>
          <w:iCs/>
        </w:rPr>
        <w:t xml:space="preserve">A </w:t>
      </w:r>
      <w:proofErr w:type="gramStart"/>
      <w:r w:rsidRPr="62931247">
        <w:rPr>
          <w:rFonts w:cs="Arial"/>
          <w:i/>
          <w:iCs/>
        </w:rPr>
        <w:t>really useful</w:t>
      </w:r>
      <w:proofErr w:type="gramEnd"/>
      <w:r w:rsidRPr="62931247">
        <w:rPr>
          <w:rFonts w:cs="Arial"/>
          <w:i/>
          <w:iCs/>
        </w:rPr>
        <w:t xml:space="preserve"> visit to [employer] this week, talking about the skills and behaviours young people need when they first enter the workplace.</w:t>
      </w:r>
    </w:p>
    <w:p w14:paraId="581AF452" w14:textId="77777777" w:rsidR="003921EF" w:rsidRDefault="00500CFB" w:rsidP="62931247">
      <w:pPr>
        <w:spacing w:before="60" w:after="60" w:line="240" w:lineRule="auto"/>
        <w:ind w:left="720"/>
        <w:contextualSpacing/>
        <w:rPr>
          <w:rFonts w:cs="Arial"/>
          <w:i/>
          <w:iCs/>
        </w:rPr>
      </w:pPr>
      <w:r>
        <w:br/>
      </w:r>
      <w:r w:rsidRPr="62931247">
        <w:rPr>
          <w:rFonts w:cs="Arial"/>
          <w:i/>
          <w:iCs/>
        </w:rPr>
        <w:t>Conversations like this are invaluable in helping us prepare T Level students for meaningful industry placements.</w:t>
      </w:r>
    </w:p>
    <w:p w14:paraId="73B0B740" w14:textId="1C50856A" w:rsidR="00DB40FA" w:rsidRPr="003921EF" w:rsidRDefault="00500CFB" w:rsidP="62931247">
      <w:pPr>
        <w:spacing w:before="60" w:after="60" w:line="240" w:lineRule="auto"/>
        <w:ind w:left="720"/>
        <w:contextualSpacing/>
        <w:rPr>
          <w:rFonts w:cs="Arial"/>
          <w:i/>
          <w:iCs/>
        </w:rPr>
      </w:pPr>
      <w:r>
        <w:br/>
      </w:r>
      <w:r w:rsidRPr="62931247">
        <w:rPr>
          <w:rFonts w:cs="Arial"/>
          <w:i/>
          <w:iCs/>
        </w:rPr>
        <w:t>Thank you to [name/organisation] for sharing insight and helping us build stronger links between education and employment.</w:t>
      </w:r>
    </w:p>
    <w:p w14:paraId="3334E3B5" w14:textId="77777777" w:rsidR="003921EF" w:rsidRDefault="003921EF" w:rsidP="003734D6">
      <w:pPr>
        <w:rPr>
          <w:rFonts w:cs="Arial"/>
          <w:b/>
          <w:bCs/>
        </w:rPr>
      </w:pPr>
    </w:p>
    <w:p w14:paraId="5D7313BA" w14:textId="374D8004" w:rsidR="00DB40FA" w:rsidRPr="003921EF" w:rsidRDefault="00500CFB" w:rsidP="003734D6">
      <w:pPr>
        <w:rPr>
          <w:rFonts w:cs="Arial"/>
          <w:b/>
          <w:bCs/>
        </w:rPr>
      </w:pPr>
      <w:proofErr w:type="gramStart"/>
      <w:r w:rsidRPr="62931247">
        <w:rPr>
          <w:rFonts w:cs="Arial"/>
          <w:b/>
          <w:bCs/>
        </w:rPr>
        <w:t>Employer</w:t>
      </w:r>
      <w:proofErr w:type="gramEnd"/>
      <w:r w:rsidRPr="62931247">
        <w:rPr>
          <w:rFonts w:cs="Arial"/>
          <w:b/>
          <w:bCs/>
        </w:rPr>
        <w:t xml:space="preserve"> thank-you</w:t>
      </w:r>
    </w:p>
    <w:p w14:paraId="4E759545" w14:textId="77777777" w:rsidR="003921EF" w:rsidRDefault="00500CFB" w:rsidP="62931247">
      <w:pPr>
        <w:spacing w:before="60" w:after="60" w:line="240" w:lineRule="auto"/>
        <w:ind w:left="720"/>
        <w:contextualSpacing/>
        <w:rPr>
          <w:rFonts w:cs="Arial"/>
          <w:i/>
          <w:iCs/>
        </w:rPr>
      </w:pPr>
      <w:r w:rsidRPr="62931247">
        <w:rPr>
          <w:rFonts w:cs="Arial"/>
          <w:i/>
          <w:iCs/>
        </w:rPr>
        <w:t>A huge thank you to [employer] for supporting [students/course] through [placement/project/event].</w:t>
      </w:r>
    </w:p>
    <w:p w14:paraId="7A90061C" w14:textId="77777777" w:rsidR="003921EF" w:rsidRDefault="00500CFB" w:rsidP="62931247">
      <w:pPr>
        <w:spacing w:before="60" w:after="60" w:line="240" w:lineRule="auto"/>
        <w:ind w:left="720"/>
        <w:contextualSpacing/>
        <w:rPr>
          <w:rFonts w:cs="Arial"/>
          <w:i/>
          <w:iCs/>
        </w:rPr>
      </w:pPr>
      <w:r>
        <w:br/>
      </w:r>
      <w:r w:rsidRPr="62931247">
        <w:rPr>
          <w:rFonts w:cs="Arial"/>
          <w:i/>
          <w:iCs/>
        </w:rPr>
        <w:t>Their time, expertise and encouragement have helped students gain a much clearer understanding of the workplace and the opportunities in [sector].</w:t>
      </w:r>
    </w:p>
    <w:p w14:paraId="0779F25A" w14:textId="4CC813E9" w:rsidR="003921EF" w:rsidRDefault="00500CFB" w:rsidP="62931247">
      <w:pPr>
        <w:spacing w:before="60" w:after="60" w:line="240" w:lineRule="auto"/>
        <w:ind w:left="720"/>
        <w:contextualSpacing/>
        <w:rPr>
          <w:rFonts w:cs="Arial"/>
          <w:i/>
          <w:iCs/>
        </w:rPr>
      </w:pPr>
      <w:r>
        <w:br/>
      </w:r>
      <w:r w:rsidRPr="62931247">
        <w:rPr>
          <w:rFonts w:cs="Arial"/>
          <w:i/>
          <w:iCs/>
        </w:rPr>
        <w:t>Employer partnerships make a real difference — not just to students, but to the future talent pipeline too.</w:t>
      </w:r>
    </w:p>
    <w:p w14:paraId="0506B619" w14:textId="024761A7" w:rsidR="00DB40FA" w:rsidRPr="003921EF" w:rsidRDefault="00500CFB" w:rsidP="003734D6">
      <w:pPr>
        <w:rPr>
          <w:rFonts w:cs="Arial"/>
          <w:b/>
          <w:bCs/>
        </w:rPr>
      </w:pPr>
      <w:r w:rsidRPr="62931247">
        <w:rPr>
          <w:rFonts w:cs="Arial"/>
          <w:b/>
          <w:bCs/>
        </w:rPr>
        <w:lastRenderedPageBreak/>
        <w:t>Useful information</w:t>
      </w:r>
    </w:p>
    <w:p w14:paraId="4C0E87EA" w14:textId="77777777" w:rsidR="003921EF" w:rsidRDefault="00500CFB" w:rsidP="62931247">
      <w:pPr>
        <w:spacing w:before="60" w:after="60" w:line="240" w:lineRule="auto"/>
        <w:ind w:left="720"/>
        <w:contextualSpacing/>
        <w:rPr>
          <w:rFonts w:cs="Arial"/>
          <w:i/>
          <w:iCs/>
        </w:rPr>
      </w:pPr>
      <w:r w:rsidRPr="62931247">
        <w:rPr>
          <w:rFonts w:cs="Arial"/>
          <w:i/>
          <w:iCs/>
        </w:rPr>
        <w:t>Employers often ask what a T Level industry placement involves and how it can work alongside business needs.</w:t>
      </w:r>
    </w:p>
    <w:p w14:paraId="44E83A89" w14:textId="77777777" w:rsidR="003921EF" w:rsidRDefault="00500CFB" w:rsidP="62931247">
      <w:pPr>
        <w:spacing w:before="60" w:after="60" w:line="240" w:lineRule="auto"/>
        <w:ind w:left="720"/>
        <w:contextualSpacing/>
        <w:rPr>
          <w:rFonts w:cs="Arial"/>
          <w:i/>
          <w:iCs/>
        </w:rPr>
      </w:pPr>
      <w:r>
        <w:br/>
      </w:r>
      <w:r w:rsidRPr="62931247">
        <w:rPr>
          <w:rFonts w:cs="Arial"/>
          <w:i/>
          <w:iCs/>
        </w:rPr>
        <w:t>The best placements are shaped around real work, meaningful projects and manageable support.</w:t>
      </w:r>
    </w:p>
    <w:p w14:paraId="6D848B4F" w14:textId="648106A1" w:rsidR="00DB40FA" w:rsidRPr="003921EF" w:rsidRDefault="00500CFB" w:rsidP="62931247">
      <w:pPr>
        <w:spacing w:before="60" w:after="60" w:line="240" w:lineRule="auto"/>
        <w:ind w:left="720"/>
        <w:contextualSpacing/>
        <w:rPr>
          <w:rFonts w:cs="Arial"/>
          <w:i/>
          <w:iCs/>
        </w:rPr>
      </w:pPr>
      <w:r>
        <w:br/>
      </w:r>
      <w:r w:rsidRPr="62931247">
        <w:rPr>
          <w:rFonts w:cs="Arial"/>
          <w:i/>
          <w:iCs/>
        </w:rPr>
        <w:t>If you are interested in exploring what this could look like in your organisation, please get in touch.</w:t>
      </w:r>
    </w:p>
    <w:p w14:paraId="10E158AD" w14:textId="77777777" w:rsidR="00DB40FA" w:rsidRPr="00B418F6" w:rsidRDefault="00500CFB" w:rsidP="003921EF">
      <w:pPr>
        <w:spacing w:before="120" w:after="120" w:line="240" w:lineRule="auto"/>
        <w:ind w:left="720"/>
        <w:rPr>
          <w:rFonts w:cs="Arial"/>
        </w:rPr>
      </w:pPr>
      <w:r w:rsidRPr="62931247">
        <w:rPr>
          <w:rFonts w:cs="Arial"/>
        </w:rPr>
        <w:br w:type="page"/>
      </w:r>
    </w:p>
    <w:p w14:paraId="3013ABCE" w14:textId="2BA4587C" w:rsidR="00DB40FA" w:rsidRPr="00B418F6" w:rsidRDefault="00500CFB" w:rsidP="0094729E">
      <w:pPr>
        <w:pStyle w:val="Heading2"/>
      </w:pPr>
      <w:r>
        <w:lastRenderedPageBreak/>
        <w:t xml:space="preserve">HANDOUT </w:t>
      </w:r>
      <w:r w:rsidR="00B240CF">
        <w:t>3</w:t>
      </w:r>
    </w:p>
    <w:p w14:paraId="459AAC44" w14:textId="615AF619" w:rsidR="00D16E99" w:rsidRPr="007B3550" w:rsidRDefault="00D16E99" w:rsidP="62931247">
      <w:pPr>
        <w:rPr>
          <w:rFonts w:cs="Arial"/>
          <w:i/>
          <w:iCs/>
        </w:rPr>
      </w:pPr>
      <w:r w:rsidRPr="62931247">
        <w:rPr>
          <w:rFonts w:cs="Arial"/>
          <w:b/>
          <w:bCs/>
          <w:i/>
          <w:iCs/>
        </w:rPr>
        <w:t>Reminder</w:t>
      </w:r>
      <w:r w:rsidR="00127E37" w:rsidRPr="62931247">
        <w:rPr>
          <w:rFonts w:cs="Arial"/>
          <w:b/>
          <w:bCs/>
          <w:i/>
          <w:iCs/>
        </w:rPr>
        <w:t>:</w:t>
      </w:r>
      <w:r w:rsidR="00127E37" w:rsidRPr="62931247">
        <w:rPr>
          <w:rFonts w:cs="Arial"/>
          <w:i/>
          <w:iCs/>
        </w:rPr>
        <w:t xml:space="preserve"> </w:t>
      </w:r>
      <w:r w:rsidRPr="62931247">
        <w:rPr>
          <w:rFonts w:cs="Arial"/>
          <w:i/>
          <w:iCs/>
        </w:rPr>
        <w:t>always work within your organisations AI policy and operating protocols. Take advice fr</w:t>
      </w:r>
      <w:r w:rsidR="00700FB4" w:rsidRPr="62931247">
        <w:rPr>
          <w:rFonts w:cs="Arial"/>
          <w:i/>
          <w:iCs/>
        </w:rPr>
        <w:t>o</w:t>
      </w:r>
      <w:r w:rsidRPr="62931247">
        <w:rPr>
          <w:rFonts w:cs="Arial"/>
          <w:i/>
          <w:iCs/>
        </w:rPr>
        <w:t>m marketing and comm</w:t>
      </w:r>
      <w:r w:rsidR="007B3550" w:rsidRPr="62931247">
        <w:rPr>
          <w:rFonts w:cs="Arial"/>
          <w:i/>
          <w:iCs/>
        </w:rPr>
        <w:t>unication</w:t>
      </w:r>
      <w:r w:rsidRPr="62931247">
        <w:rPr>
          <w:rFonts w:cs="Arial"/>
          <w:i/>
          <w:iCs/>
        </w:rPr>
        <w:t>s colleagues in the absence of</w:t>
      </w:r>
      <w:r w:rsidR="007B3550" w:rsidRPr="62931247">
        <w:rPr>
          <w:rFonts w:cs="Arial"/>
          <w:i/>
          <w:iCs/>
        </w:rPr>
        <w:t xml:space="preserve"> current or relevant guidance</w:t>
      </w:r>
      <w:r w:rsidRPr="62931247">
        <w:rPr>
          <w:rFonts w:cs="Arial"/>
          <w:i/>
          <w:iCs/>
        </w:rPr>
        <w:t>.</w:t>
      </w:r>
    </w:p>
    <w:p w14:paraId="3464BDB5" w14:textId="77777777" w:rsidR="007B3550" w:rsidRDefault="007B3550" w:rsidP="003734D6">
      <w:pPr>
        <w:rPr>
          <w:rFonts w:cs="Arial"/>
          <w:b/>
          <w:bCs/>
        </w:rPr>
      </w:pPr>
    </w:p>
    <w:p w14:paraId="7DB2D832" w14:textId="50219BD9" w:rsidR="00DB40FA" w:rsidRPr="0094729E" w:rsidRDefault="00500CFB" w:rsidP="003734D6">
      <w:pPr>
        <w:rPr>
          <w:rFonts w:cs="Arial"/>
          <w:b/>
          <w:bCs/>
        </w:rPr>
      </w:pPr>
      <w:r w:rsidRPr="62931247">
        <w:rPr>
          <w:rFonts w:cs="Arial"/>
          <w:b/>
          <w:bCs/>
        </w:rPr>
        <w:t>AI Prompt Sheet for LinkedIn</w:t>
      </w:r>
    </w:p>
    <w:p w14:paraId="50FFD496" w14:textId="3AFEDF10" w:rsidR="0094729E" w:rsidRPr="0094729E" w:rsidRDefault="0094729E" w:rsidP="0094729E">
      <w:pPr>
        <w:pStyle w:val="ListParagraph"/>
        <w:numPr>
          <w:ilvl w:val="0"/>
          <w:numId w:val="12"/>
        </w:numPr>
        <w:rPr>
          <w:rFonts w:cs="Arial"/>
        </w:rPr>
      </w:pPr>
      <w:r w:rsidRPr="62931247">
        <w:rPr>
          <w:rFonts w:cs="Arial"/>
        </w:rPr>
        <w:t>Use AI to get past the blank page, then make the result sound like you.</w:t>
      </w:r>
    </w:p>
    <w:p w14:paraId="14FED0CA" w14:textId="6DBDC55F" w:rsidR="00DB40FA" w:rsidRPr="0094729E" w:rsidRDefault="00500CFB" w:rsidP="0094729E">
      <w:pPr>
        <w:pStyle w:val="ListParagraph"/>
        <w:numPr>
          <w:ilvl w:val="0"/>
          <w:numId w:val="12"/>
        </w:numPr>
        <w:rPr>
          <w:rFonts w:cs="Arial"/>
        </w:rPr>
      </w:pPr>
      <w:r w:rsidRPr="62931247">
        <w:rPr>
          <w:rFonts w:cs="Arial"/>
        </w:rPr>
        <w:t>Use AI to get started, not to sound generic</w:t>
      </w:r>
      <w:r w:rsidR="00D0247F" w:rsidRPr="62931247">
        <w:rPr>
          <w:rFonts w:cs="Arial"/>
        </w:rPr>
        <w:t xml:space="preserve"> – talking to AI, rather than typing can help</w:t>
      </w:r>
    </w:p>
    <w:p w14:paraId="3F000219" w14:textId="40066370" w:rsidR="00700FB4" w:rsidRPr="007B3550" w:rsidRDefault="00500CFB" w:rsidP="003734D6">
      <w:pPr>
        <w:pStyle w:val="ListParagraph"/>
        <w:numPr>
          <w:ilvl w:val="0"/>
          <w:numId w:val="12"/>
        </w:numPr>
        <w:rPr>
          <w:rFonts w:cs="Arial"/>
        </w:rPr>
      </w:pPr>
      <w:r w:rsidRPr="62931247">
        <w:rPr>
          <w:rFonts w:cs="Arial"/>
        </w:rPr>
        <w:t>AI can help with a first draft, wording options and confidence. Always add your own voice, local context and professional judgement before posting.</w:t>
      </w:r>
    </w:p>
    <w:p w14:paraId="6B496985" w14:textId="77777777" w:rsidR="007B3550" w:rsidRDefault="007B3550" w:rsidP="003734D6">
      <w:pPr>
        <w:rPr>
          <w:rFonts w:cs="Arial"/>
          <w:b/>
          <w:bCs/>
        </w:rPr>
      </w:pPr>
    </w:p>
    <w:p w14:paraId="4391DCE0" w14:textId="17CE957C" w:rsidR="00D0247F" w:rsidRDefault="0094729E" w:rsidP="003734D6">
      <w:pPr>
        <w:rPr>
          <w:rFonts w:cs="Arial"/>
          <w:b/>
          <w:bCs/>
        </w:rPr>
      </w:pPr>
      <w:r w:rsidRPr="62931247">
        <w:rPr>
          <w:rFonts w:cs="Arial"/>
          <w:b/>
          <w:bCs/>
        </w:rPr>
        <w:t>AI prompt examples:</w:t>
      </w:r>
    </w:p>
    <w:tbl>
      <w:tblPr>
        <w:tblStyle w:val="TableGrid"/>
        <w:tblW w:w="0" w:type="auto"/>
        <w:tblLook w:val="04A0" w:firstRow="1" w:lastRow="0" w:firstColumn="1" w:lastColumn="0" w:noHBand="0" w:noVBand="1"/>
      </w:tblPr>
      <w:tblGrid>
        <w:gridCol w:w="2474"/>
        <w:gridCol w:w="7822"/>
      </w:tblGrid>
      <w:tr w:rsidR="00D0247F" w14:paraId="74181BA4" w14:textId="77777777" w:rsidTr="62931247">
        <w:tc>
          <w:tcPr>
            <w:tcW w:w="2518" w:type="dxa"/>
          </w:tcPr>
          <w:p w14:paraId="36B9716C" w14:textId="5AD23A41" w:rsidR="00D0247F" w:rsidRPr="00D0247F" w:rsidRDefault="00D0247F" w:rsidP="00D0247F">
            <w:pPr>
              <w:spacing w:before="120" w:after="120"/>
              <w:rPr>
                <w:rFonts w:cs="Arial"/>
                <w:b/>
                <w:bCs/>
              </w:rPr>
            </w:pPr>
            <w:r w:rsidRPr="62931247">
              <w:rPr>
                <w:rFonts w:cs="Arial"/>
                <w:b/>
                <w:bCs/>
              </w:rPr>
              <w:t>Improve my headline</w:t>
            </w:r>
          </w:p>
        </w:tc>
        <w:tc>
          <w:tcPr>
            <w:tcW w:w="8066" w:type="dxa"/>
          </w:tcPr>
          <w:p w14:paraId="03411D92" w14:textId="13ED06B2" w:rsidR="00D0247F" w:rsidRDefault="00D0247F" w:rsidP="00D0247F">
            <w:pPr>
              <w:spacing w:before="120" w:after="120"/>
              <w:rPr>
                <w:rFonts w:cs="Arial"/>
                <w:b/>
                <w:bCs/>
              </w:rPr>
            </w:pPr>
            <w:r w:rsidRPr="62931247">
              <w:rPr>
                <w:rFonts w:cs="Arial"/>
              </w:rPr>
              <w:t>Write five LinkedIn headline options for an employer engagement role at a college. I support employers with T Level industry placements, apprenticeships and future workforce skills in [sector]. Make them professional, approachable and employer-facing.</w:t>
            </w:r>
          </w:p>
        </w:tc>
      </w:tr>
      <w:tr w:rsidR="00D0247F" w14:paraId="267F9268" w14:textId="77777777" w:rsidTr="62931247">
        <w:tc>
          <w:tcPr>
            <w:tcW w:w="2518" w:type="dxa"/>
          </w:tcPr>
          <w:p w14:paraId="5BE945DC" w14:textId="17B36707" w:rsidR="00D0247F" w:rsidRPr="00D0247F" w:rsidRDefault="00D0247F" w:rsidP="00D0247F">
            <w:pPr>
              <w:spacing w:before="120" w:after="120"/>
              <w:rPr>
                <w:rFonts w:cs="Arial"/>
                <w:b/>
                <w:bCs/>
              </w:rPr>
            </w:pPr>
            <w:r w:rsidRPr="62931247">
              <w:rPr>
                <w:rFonts w:cs="Arial"/>
                <w:b/>
                <w:bCs/>
              </w:rPr>
              <w:t>Draft my About section</w:t>
            </w:r>
          </w:p>
        </w:tc>
        <w:tc>
          <w:tcPr>
            <w:tcW w:w="8066" w:type="dxa"/>
          </w:tcPr>
          <w:p w14:paraId="1F29ED41" w14:textId="17FEA92D" w:rsidR="00D0247F" w:rsidRDefault="00D0247F" w:rsidP="00D0247F">
            <w:pPr>
              <w:spacing w:before="120" w:after="120"/>
              <w:rPr>
                <w:rFonts w:cs="Arial"/>
                <w:b/>
                <w:bCs/>
              </w:rPr>
            </w:pPr>
            <w:r w:rsidRPr="62931247">
              <w:rPr>
                <w:rFonts w:cs="Arial"/>
              </w:rPr>
              <w:t xml:space="preserve">Draft a LinkedIn </w:t>
            </w:r>
            <w:r w:rsidR="00E44C84" w:rsidRPr="62931247">
              <w:rPr>
                <w:rFonts w:cs="Arial"/>
              </w:rPr>
              <w:t>‘</w:t>
            </w:r>
            <w:r w:rsidRPr="62931247">
              <w:rPr>
                <w:rFonts w:cs="Arial"/>
              </w:rPr>
              <w:t>About section</w:t>
            </w:r>
            <w:r w:rsidR="00E44C84" w:rsidRPr="62931247">
              <w:rPr>
                <w:rFonts w:cs="Arial"/>
              </w:rPr>
              <w:t>’</w:t>
            </w:r>
            <w:r w:rsidRPr="62931247">
              <w:rPr>
                <w:rFonts w:cs="Arial"/>
              </w:rPr>
              <w:t xml:space="preserve"> of around 150 words for an employer engagement professional working in [place/sector]. Include T Level industry placements, employer partnerships, future talent and workforce skills. Use a warm, credible tone and end with an invitation to connect.</w:t>
            </w:r>
          </w:p>
        </w:tc>
      </w:tr>
      <w:tr w:rsidR="00D0247F" w14:paraId="0D98AC8F" w14:textId="77777777" w:rsidTr="62931247">
        <w:tc>
          <w:tcPr>
            <w:tcW w:w="2518" w:type="dxa"/>
          </w:tcPr>
          <w:p w14:paraId="072077AD" w14:textId="682152D2" w:rsidR="00D0247F" w:rsidRPr="00D0247F" w:rsidRDefault="00D0247F" w:rsidP="00D0247F">
            <w:pPr>
              <w:spacing w:before="120" w:after="120"/>
              <w:rPr>
                <w:rFonts w:cs="Arial"/>
                <w:b/>
                <w:bCs/>
              </w:rPr>
            </w:pPr>
            <w:r w:rsidRPr="62931247">
              <w:rPr>
                <w:rFonts w:cs="Arial"/>
                <w:b/>
                <w:bCs/>
              </w:rPr>
              <w:t>Improve a connection request</w:t>
            </w:r>
          </w:p>
        </w:tc>
        <w:tc>
          <w:tcPr>
            <w:tcW w:w="8066" w:type="dxa"/>
          </w:tcPr>
          <w:p w14:paraId="039BDDCD" w14:textId="06386AC2" w:rsidR="00D0247F" w:rsidRDefault="00D0247F" w:rsidP="00D0247F">
            <w:pPr>
              <w:spacing w:before="120" w:after="120"/>
              <w:rPr>
                <w:rFonts w:cs="Arial"/>
                <w:b/>
                <w:bCs/>
              </w:rPr>
            </w:pPr>
            <w:r w:rsidRPr="62931247">
              <w:rPr>
                <w:rFonts w:cs="Arial"/>
              </w:rPr>
              <w:t xml:space="preserve">Improve this LinkedIn connection request so it feels warm, professional and not </w:t>
            </w:r>
            <w:r w:rsidR="00E44C84" w:rsidRPr="62931247">
              <w:rPr>
                <w:rFonts w:cs="Arial"/>
              </w:rPr>
              <w:t>sales focused</w:t>
            </w:r>
            <w:r w:rsidRPr="62931247">
              <w:rPr>
                <w:rFonts w:cs="Arial"/>
              </w:rPr>
              <w:t>. Keep it under 300 characters: [paste draft].</w:t>
            </w:r>
          </w:p>
        </w:tc>
      </w:tr>
      <w:tr w:rsidR="00D0247F" w14:paraId="7E6C85A2" w14:textId="77777777" w:rsidTr="62931247">
        <w:tc>
          <w:tcPr>
            <w:tcW w:w="2518" w:type="dxa"/>
          </w:tcPr>
          <w:p w14:paraId="3520AE6F" w14:textId="7D753AE3" w:rsidR="00D0247F" w:rsidRPr="00D0247F" w:rsidRDefault="00D0247F" w:rsidP="00D0247F">
            <w:pPr>
              <w:spacing w:before="120" w:after="120"/>
              <w:rPr>
                <w:rFonts w:cs="Arial"/>
                <w:b/>
                <w:bCs/>
              </w:rPr>
            </w:pPr>
            <w:r w:rsidRPr="62931247">
              <w:rPr>
                <w:rFonts w:cs="Arial"/>
                <w:b/>
                <w:bCs/>
              </w:rPr>
              <w:t>Draft a comment</w:t>
            </w:r>
          </w:p>
        </w:tc>
        <w:tc>
          <w:tcPr>
            <w:tcW w:w="8066" w:type="dxa"/>
          </w:tcPr>
          <w:p w14:paraId="41D0B2EA" w14:textId="62B4BEDE" w:rsidR="00D0247F" w:rsidRDefault="00D0247F" w:rsidP="00D0247F">
            <w:pPr>
              <w:spacing w:before="120" w:after="120"/>
              <w:rPr>
                <w:rFonts w:cs="Arial"/>
                <w:b/>
                <w:bCs/>
              </w:rPr>
            </w:pPr>
            <w:r w:rsidRPr="62931247">
              <w:rPr>
                <w:rFonts w:cs="Arial"/>
              </w:rPr>
              <w:t xml:space="preserve">Draft three </w:t>
            </w:r>
            <w:r w:rsidR="00E44C84" w:rsidRPr="62931247">
              <w:rPr>
                <w:rFonts w:cs="Arial"/>
              </w:rPr>
              <w:t xml:space="preserve">short </w:t>
            </w:r>
            <w:r w:rsidRPr="62931247">
              <w:rPr>
                <w:rFonts w:cs="Arial"/>
              </w:rPr>
              <w:t>LinkedIn comments in different tones</w:t>
            </w:r>
            <w:r w:rsidR="00E44C84" w:rsidRPr="62931247">
              <w:rPr>
                <w:rFonts w:cs="Arial"/>
              </w:rPr>
              <w:t xml:space="preserve"> -</w:t>
            </w:r>
            <w:r w:rsidRPr="62931247">
              <w:rPr>
                <w:rFonts w:cs="Arial"/>
              </w:rPr>
              <w:t xml:space="preserve"> warm, professional and concise in response to this employer post: [paste post text]. Make the comments relevant to T Level industry placements and future talent, but do not make them sound like a sales pitch.</w:t>
            </w:r>
          </w:p>
        </w:tc>
      </w:tr>
      <w:tr w:rsidR="00D0247F" w14:paraId="5FEFF28C" w14:textId="77777777" w:rsidTr="62931247">
        <w:tc>
          <w:tcPr>
            <w:tcW w:w="2518" w:type="dxa"/>
          </w:tcPr>
          <w:p w14:paraId="244F94C2" w14:textId="38812335" w:rsidR="00D0247F" w:rsidRPr="00D0247F" w:rsidRDefault="00D0247F" w:rsidP="00D0247F">
            <w:pPr>
              <w:spacing w:before="120" w:after="120"/>
              <w:rPr>
                <w:rFonts w:cs="Arial"/>
                <w:b/>
                <w:bCs/>
              </w:rPr>
            </w:pPr>
            <w:r w:rsidRPr="62931247">
              <w:rPr>
                <w:rFonts w:cs="Arial"/>
                <w:b/>
                <w:bCs/>
              </w:rPr>
              <w:t>Turn an activity into a post</w:t>
            </w:r>
          </w:p>
        </w:tc>
        <w:tc>
          <w:tcPr>
            <w:tcW w:w="8066" w:type="dxa"/>
          </w:tcPr>
          <w:p w14:paraId="1C0AA887" w14:textId="13FD2ADE" w:rsidR="00D0247F" w:rsidRDefault="00D0247F" w:rsidP="00D0247F">
            <w:pPr>
              <w:spacing w:before="120" w:after="120"/>
              <w:rPr>
                <w:rFonts w:cs="Arial"/>
                <w:b/>
                <w:bCs/>
              </w:rPr>
            </w:pPr>
            <w:r w:rsidRPr="62931247">
              <w:rPr>
                <w:rFonts w:cs="Arial"/>
              </w:rPr>
              <w:t>Turn these notes into a LinkedIn post for employers: [paste notes]. The post should thank the employer, show the value of the activity for students, and invite other employers to consider getting involved. Keep it under 150 words.</w:t>
            </w:r>
          </w:p>
        </w:tc>
      </w:tr>
      <w:tr w:rsidR="00D0247F" w14:paraId="6B475973" w14:textId="77777777" w:rsidTr="62931247">
        <w:tc>
          <w:tcPr>
            <w:tcW w:w="2518" w:type="dxa"/>
          </w:tcPr>
          <w:p w14:paraId="1338C4D8" w14:textId="2CC603FC" w:rsidR="00D0247F" w:rsidRPr="00D0247F" w:rsidRDefault="00D0247F" w:rsidP="00D0247F">
            <w:pPr>
              <w:spacing w:before="120" w:after="120"/>
              <w:rPr>
                <w:rFonts w:cs="Arial"/>
                <w:b/>
                <w:bCs/>
              </w:rPr>
            </w:pPr>
            <w:r w:rsidRPr="62931247">
              <w:rPr>
                <w:rFonts w:cs="Arial"/>
                <w:b/>
                <w:bCs/>
              </w:rPr>
              <w:t>Create post ideas</w:t>
            </w:r>
          </w:p>
        </w:tc>
        <w:tc>
          <w:tcPr>
            <w:tcW w:w="8066" w:type="dxa"/>
          </w:tcPr>
          <w:p w14:paraId="03E46019" w14:textId="62630D47" w:rsidR="00D0247F" w:rsidRDefault="00D0247F" w:rsidP="00D0247F">
            <w:pPr>
              <w:spacing w:before="120" w:after="120"/>
              <w:rPr>
                <w:rFonts w:cs="Arial"/>
                <w:b/>
                <w:bCs/>
              </w:rPr>
            </w:pPr>
            <w:r w:rsidRPr="62931247">
              <w:rPr>
                <w:rFonts w:cs="Arial"/>
              </w:rPr>
              <w:t>Give me ten LinkedIn post ideas for an employer engagement professional working on T Level industry placements. Include employer visits, student projects, partner thank-</w:t>
            </w:r>
            <w:proofErr w:type="spellStart"/>
            <w:r w:rsidRPr="62931247">
              <w:rPr>
                <w:rFonts w:cs="Arial"/>
              </w:rPr>
              <w:t>yous</w:t>
            </w:r>
            <w:proofErr w:type="spellEnd"/>
            <w:r w:rsidRPr="62931247">
              <w:rPr>
                <w:rFonts w:cs="Arial"/>
              </w:rPr>
              <w:t>, practical employer information and reflections on skills.</w:t>
            </w:r>
          </w:p>
        </w:tc>
      </w:tr>
      <w:tr w:rsidR="00D0247F" w14:paraId="373677C3" w14:textId="77777777" w:rsidTr="62931247">
        <w:tc>
          <w:tcPr>
            <w:tcW w:w="2518" w:type="dxa"/>
          </w:tcPr>
          <w:p w14:paraId="20EDE5CA" w14:textId="54F2B0F7" w:rsidR="00D0247F" w:rsidRPr="00D0247F" w:rsidRDefault="00D0247F" w:rsidP="00D0247F">
            <w:pPr>
              <w:spacing w:before="120" w:after="120"/>
              <w:rPr>
                <w:rFonts w:cs="Arial"/>
                <w:b/>
                <w:bCs/>
              </w:rPr>
            </w:pPr>
            <w:r w:rsidRPr="62931247">
              <w:rPr>
                <w:rFonts w:cs="Arial"/>
                <w:b/>
                <w:bCs/>
              </w:rPr>
              <w:t>Sense-check before posting</w:t>
            </w:r>
          </w:p>
        </w:tc>
        <w:tc>
          <w:tcPr>
            <w:tcW w:w="8066" w:type="dxa"/>
          </w:tcPr>
          <w:p w14:paraId="5AF55CC0" w14:textId="77777777" w:rsidR="00D0247F" w:rsidRDefault="00D0247F" w:rsidP="00D0247F">
            <w:pPr>
              <w:spacing w:before="120" w:after="120"/>
              <w:rPr>
                <w:rFonts w:cs="Arial"/>
              </w:rPr>
            </w:pPr>
            <w:r w:rsidRPr="62931247">
              <w:rPr>
                <w:rFonts w:cs="Arial"/>
              </w:rPr>
              <w:t>Review this LinkedIn post for clarity, tone and relevance to employers. Suggest light edits only. Keep my voice and avoid jargon: [paste draft].</w:t>
            </w:r>
          </w:p>
          <w:p w14:paraId="619549A0" w14:textId="44CB87CF" w:rsidR="008627E9" w:rsidRPr="00B418F6" w:rsidRDefault="008627E9" w:rsidP="00D0247F">
            <w:pPr>
              <w:spacing w:before="120" w:after="120"/>
              <w:rPr>
                <w:rFonts w:cs="Arial"/>
              </w:rPr>
            </w:pPr>
          </w:p>
        </w:tc>
      </w:tr>
    </w:tbl>
    <w:p w14:paraId="672DCF24" w14:textId="77777777" w:rsidR="007B3550" w:rsidRDefault="007B3550" w:rsidP="007B3550">
      <w:pPr>
        <w:spacing w:after="200"/>
        <w:rPr>
          <w:rFonts w:cs="Arial"/>
          <w:b/>
          <w:bCs/>
        </w:rPr>
      </w:pPr>
    </w:p>
    <w:p w14:paraId="3D5B1F63" w14:textId="77777777" w:rsidR="007B3550" w:rsidRDefault="007B3550" w:rsidP="007B3550">
      <w:pPr>
        <w:spacing w:after="200"/>
        <w:rPr>
          <w:rFonts w:cs="Arial"/>
          <w:b/>
          <w:bCs/>
        </w:rPr>
      </w:pPr>
    </w:p>
    <w:p w14:paraId="6FD06C39" w14:textId="58A497A9" w:rsidR="00D0247F" w:rsidRPr="00D0247F" w:rsidRDefault="00D0247F" w:rsidP="007B3550">
      <w:pPr>
        <w:spacing w:after="200"/>
        <w:rPr>
          <w:rFonts w:cs="Arial"/>
          <w:b/>
          <w:bCs/>
        </w:rPr>
      </w:pPr>
      <w:r>
        <w:rPr>
          <w:rFonts w:cs="Arial"/>
          <w:noProof/>
        </w:rPr>
        <w:lastRenderedPageBreak/>
        <w:drawing>
          <wp:anchor distT="0" distB="0" distL="114300" distR="114300" simplePos="0" relativeHeight="251658242" behindDoc="1" locked="0" layoutInCell="1" allowOverlap="1" wp14:anchorId="36795A88" wp14:editId="01D99108">
            <wp:simplePos x="0" y="0"/>
            <wp:positionH relativeFrom="column">
              <wp:posOffset>-635</wp:posOffset>
            </wp:positionH>
            <wp:positionV relativeFrom="paragraph">
              <wp:posOffset>290376</wp:posOffset>
            </wp:positionV>
            <wp:extent cx="1012190" cy="1012190"/>
            <wp:effectExtent l="0" t="0" r="0" b="0"/>
            <wp:wrapTight wrapText="bothSides">
              <wp:wrapPolygon edited="0">
                <wp:start x="8673" y="1084"/>
                <wp:lineTo x="4336" y="2710"/>
                <wp:lineTo x="3252" y="3523"/>
                <wp:lineTo x="3252" y="18971"/>
                <wp:lineTo x="4065" y="20326"/>
                <wp:lineTo x="17616" y="20326"/>
                <wp:lineTo x="18158" y="18971"/>
                <wp:lineTo x="18429" y="4065"/>
                <wp:lineTo x="17074" y="2710"/>
                <wp:lineTo x="12738" y="1084"/>
                <wp:lineTo x="8673" y="1084"/>
              </wp:wrapPolygon>
            </wp:wrapTight>
            <wp:docPr id="919886669" name="Graphic 6" descr="Clipboard Partially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86669" name="Graphic 919886669" descr="Clipboard Partially Ticked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1012190" cy="1012190"/>
                    </a:xfrm>
                    <a:prstGeom prst="rect">
                      <a:avLst/>
                    </a:prstGeom>
                  </pic:spPr>
                </pic:pic>
              </a:graphicData>
            </a:graphic>
            <wp14:sizeRelH relativeFrom="page">
              <wp14:pctWidth>0</wp14:pctWidth>
            </wp14:sizeRelH>
            <wp14:sizeRelV relativeFrom="page">
              <wp14:pctHeight>0</wp14:pctHeight>
            </wp14:sizeRelV>
          </wp:anchor>
        </w:drawing>
      </w:r>
      <w:r w:rsidRPr="00D0247F">
        <w:rPr>
          <w:rFonts w:cs="Arial"/>
          <w:b/>
          <w:bCs/>
        </w:rPr>
        <w:t>Before you post, check:</w:t>
      </w:r>
    </w:p>
    <w:p w14:paraId="49C46F73" w14:textId="288ACC68" w:rsidR="00DB40FA" w:rsidRPr="00D0247F" w:rsidRDefault="00500CFB" w:rsidP="00D0247F">
      <w:pPr>
        <w:pStyle w:val="ListParagraph"/>
        <w:numPr>
          <w:ilvl w:val="0"/>
          <w:numId w:val="13"/>
        </w:numPr>
        <w:rPr>
          <w:rFonts w:cs="Arial"/>
        </w:rPr>
      </w:pPr>
      <w:r w:rsidRPr="62931247">
        <w:rPr>
          <w:rFonts w:cs="Arial"/>
        </w:rPr>
        <w:t>Does it sound like me?</w:t>
      </w:r>
    </w:p>
    <w:p w14:paraId="0FF46F5D" w14:textId="77777777" w:rsidR="00DB40FA" w:rsidRPr="00D0247F" w:rsidRDefault="00500CFB" w:rsidP="00D0247F">
      <w:pPr>
        <w:pStyle w:val="ListParagraph"/>
        <w:numPr>
          <w:ilvl w:val="0"/>
          <w:numId w:val="13"/>
        </w:numPr>
        <w:rPr>
          <w:rFonts w:cs="Arial"/>
        </w:rPr>
      </w:pPr>
      <w:r w:rsidRPr="62931247">
        <w:rPr>
          <w:rFonts w:cs="Arial"/>
        </w:rPr>
        <w:t>Have I included real details rather than general claims?</w:t>
      </w:r>
    </w:p>
    <w:p w14:paraId="2F60FB6F" w14:textId="77777777" w:rsidR="00DB40FA" w:rsidRPr="00D0247F" w:rsidRDefault="00500CFB" w:rsidP="00D0247F">
      <w:pPr>
        <w:pStyle w:val="ListParagraph"/>
        <w:numPr>
          <w:ilvl w:val="0"/>
          <w:numId w:val="13"/>
        </w:numPr>
        <w:rPr>
          <w:rFonts w:cs="Arial"/>
        </w:rPr>
      </w:pPr>
      <w:r w:rsidRPr="62931247">
        <w:rPr>
          <w:rFonts w:cs="Arial"/>
        </w:rPr>
        <w:t>Have I checked names, facts and permissions?</w:t>
      </w:r>
    </w:p>
    <w:p w14:paraId="369A9117" w14:textId="77777777" w:rsidR="00DB40FA" w:rsidRPr="00D0247F" w:rsidRDefault="00500CFB" w:rsidP="00D0247F">
      <w:pPr>
        <w:pStyle w:val="ListParagraph"/>
        <w:numPr>
          <w:ilvl w:val="0"/>
          <w:numId w:val="13"/>
        </w:numPr>
        <w:rPr>
          <w:rFonts w:cs="Arial"/>
        </w:rPr>
      </w:pPr>
      <w:r w:rsidRPr="62931247">
        <w:rPr>
          <w:rFonts w:cs="Arial"/>
        </w:rPr>
        <w:t>Is the employer or student represented fairly?</w:t>
      </w:r>
    </w:p>
    <w:p w14:paraId="62BCE8EF" w14:textId="77777777" w:rsidR="00DB40FA" w:rsidRPr="00D0247F" w:rsidRDefault="00500CFB" w:rsidP="00D0247F">
      <w:pPr>
        <w:pStyle w:val="ListParagraph"/>
        <w:numPr>
          <w:ilvl w:val="0"/>
          <w:numId w:val="13"/>
        </w:numPr>
        <w:rPr>
          <w:rFonts w:cs="Arial"/>
        </w:rPr>
      </w:pPr>
      <w:r w:rsidRPr="62931247">
        <w:rPr>
          <w:rFonts w:cs="Arial"/>
        </w:rPr>
        <w:t>Is there a clear reason for someone to read or respond?</w:t>
      </w:r>
    </w:p>
    <w:p w14:paraId="45D8776D" w14:textId="77777777" w:rsidR="00700FB4" w:rsidRDefault="00700FB4" w:rsidP="62931247">
      <w:pPr>
        <w:spacing w:after="200"/>
        <w:rPr>
          <w:rFonts w:eastAsiaTheme="majorEastAsia" w:cstheme="majorBidi"/>
          <w:b/>
          <w:bCs/>
          <w:color w:val="0A66C2"/>
          <w:sz w:val="25"/>
          <w:szCs w:val="25"/>
        </w:rPr>
      </w:pPr>
      <w:r>
        <w:br w:type="page"/>
      </w:r>
    </w:p>
    <w:p w14:paraId="4CCC5CDB" w14:textId="5EBB7D7C" w:rsidR="00DB40FA" w:rsidRPr="00B418F6" w:rsidRDefault="008A0CD4" w:rsidP="00127E37">
      <w:pPr>
        <w:pStyle w:val="Heading2"/>
      </w:pPr>
      <w:r>
        <w:rPr>
          <w:rFonts w:cs="Arial"/>
          <w:noProof/>
        </w:rPr>
        <w:lastRenderedPageBreak/>
        <w:drawing>
          <wp:anchor distT="0" distB="0" distL="114300" distR="114300" simplePos="0" relativeHeight="251658243" behindDoc="1" locked="0" layoutInCell="1" allowOverlap="1" wp14:anchorId="7CC2B3A3" wp14:editId="40FB35FC">
            <wp:simplePos x="0" y="0"/>
            <wp:positionH relativeFrom="column">
              <wp:posOffset>5394960</wp:posOffset>
            </wp:positionH>
            <wp:positionV relativeFrom="paragraph">
              <wp:posOffset>-450850</wp:posOffset>
            </wp:positionV>
            <wp:extent cx="1044575" cy="1044575"/>
            <wp:effectExtent l="0" t="0" r="0" b="0"/>
            <wp:wrapTight wrapText="bothSides">
              <wp:wrapPolygon edited="0">
                <wp:start x="5515" y="2626"/>
                <wp:lineTo x="3151" y="4202"/>
                <wp:lineTo x="2626" y="4990"/>
                <wp:lineTo x="2626" y="18646"/>
                <wp:lineTo x="18646" y="18646"/>
                <wp:lineTo x="18908" y="5515"/>
                <wp:lineTo x="18120" y="4202"/>
                <wp:lineTo x="15757" y="2626"/>
                <wp:lineTo x="5515" y="2626"/>
              </wp:wrapPolygon>
            </wp:wrapTight>
            <wp:docPr id="1301286580" name="Graphic 7"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86580" name="Graphic 1301286580" descr="Daily calendar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1044575" cy="1044575"/>
                    </a:xfrm>
                    <a:prstGeom prst="rect">
                      <a:avLst/>
                    </a:prstGeom>
                  </pic:spPr>
                </pic:pic>
              </a:graphicData>
            </a:graphic>
            <wp14:sizeRelH relativeFrom="page">
              <wp14:pctWidth>0</wp14:pctWidth>
            </wp14:sizeRelH>
            <wp14:sizeRelV relativeFrom="page">
              <wp14:pctHeight>0</wp14:pctHeight>
            </wp14:sizeRelV>
          </wp:anchor>
        </w:drawing>
      </w:r>
      <w:r w:rsidRPr="00B418F6">
        <w:t xml:space="preserve">HANDOUT </w:t>
      </w:r>
      <w:r w:rsidR="00B240CF">
        <w:t>4</w:t>
      </w:r>
    </w:p>
    <w:p w14:paraId="34B37E46" w14:textId="4A800751" w:rsidR="008A0CD4" w:rsidRPr="004A041F" w:rsidRDefault="00500CFB" w:rsidP="003734D6">
      <w:pPr>
        <w:rPr>
          <w:rFonts w:cs="Arial"/>
          <w:b/>
          <w:bCs/>
        </w:rPr>
      </w:pPr>
      <w:r w:rsidRPr="62931247">
        <w:rPr>
          <w:rFonts w:cs="Arial"/>
          <w:b/>
          <w:bCs/>
        </w:rPr>
        <w:t xml:space="preserve">From Lurking to Leading: </w:t>
      </w:r>
      <w:r w:rsidR="008A0CD4" w:rsidRPr="62931247">
        <w:rPr>
          <w:rFonts w:cs="Arial"/>
          <w:b/>
          <w:bCs/>
        </w:rPr>
        <w:t>‘</w:t>
      </w:r>
      <w:r w:rsidRPr="62931247">
        <w:rPr>
          <w:rFonts w:cs="Arial"/>
          <w:b/>
          <w:bCs/>
        </w:rPr>
        <w:t>Seven-Day LinkedIn Challenge</w:t>
      </w:r>
      <w:r w:rsidR="008A0CD4" w:rsidRPr="62931247">
        <w:rPr>
          <w:rFonts w:cs="Arial"/>
          <w:b/>
          <w:bCs/>
        </w:rPr>
        <w:t>’</w:t>
      </w:r>
    </w:p>
    <w:p w14:paraId="4B980A1C" w14:textId="370422B0" w:rsidR="000170EF" w:rsidRPr="000170EF" w:rsidRDefault="008A0CD4" w:rsidP="003734D6">
      <w:pPr>
        <w:rPr>
          <w:rFonts w:cs="Arial"/>
          <w:b/>
          <w:bCs/>
        </w:rPr>
      </w:pPr>
      <w:r w:rsidRPr="62931247">
        <w:rPr>
          <w:rFonts w:cs="Arial"/>
        </w:rPr>
        <w:t>Choose small, realistic actions - one profile action, one relationship action and one visible action.</w:t>
      </w:r>
    </w:p>
    <w:p w14:paraId="4E75C880" w14:textId="328C76EA" w:rsidR="008A0CD4" w:rsidRDefault="008A0CD4" w:rsidP="003734D6">
      <w:pPr>
        <w:rPr>
          <w:rFonts w:cs="Arial"/>
        </w:rPr>
      </w:pPr>
    </w:p>
    <w:p w14:paraId="3F0D7832" w14:textId="2F3D71B6" w:rsidR="00DB40FA" w:rsidRPr="008A0CD4" w:rsidRDefault="00500CFB" w:rsidP="003734D6">
      <w:pPr>
        <w:rPr>
          <w:rFonts w:cs="Arial"/>
          <w:b/>
          <w:bCs/>
        </w:rPr>
      </w:pPr>
      <w:r w:rsidRPr="62931247">
        <w:rPr>
          <w:rFonts w:cs="Arial"/>
          <w:b/>
          <w:bCs/>
        </w:rPr>
        <w:t xml:space="preserve">Day 1 </w:t>
      </w:r>
      <w:r w:rsidR="008A0CD4" w:rsidRPr="62931247">
        <w:rPr>
          <w:rFonts w:cs="Arial"/>
          <w:b/>
          <w:bCs/>
        </w:rPr>
        <w:t>-</w:t>
      </w:r>
      <w:r w:rsidRPr="62931247">
        <w:rPr>
          <w:rFonts w:cs="Arial"/>
          <w:b/>
          <w:bCs/>
        </w:rPr>
        <w:t xml:space="preserve"> Check your profile</w:t>
      </w:r>
    </w:p>
    <w:p w14:paraId="017D0E86" w14:textId="096D28ED" w:rsidR="008A0CD4" w:rsidRDefault="008A0CD4" w:rsidP="008A0CD4">
      <w:pPr>
        <w:pStyle w:val="ListParagraph"/>
        <w:numPr>
          <w:ilvl w:val="0"/>
          <w:numId w:val="14"/>
        </w:numPr>
        <w:rPr>
          <w:rFonts w:cs="Arial"/>
        </w:rPr>
      </w:pPr>
      <w:r w:rsidRPr="62931247">
        <w:rPr>
          <w:rFonts w:cs="Arial"/>
        </w:rPr>
        <w:t>Use the masterclass LinkedIn profile review</w:t>
      </w:r>
    </w:p>
    <w:p w14:paraId="02C8E2BF" w14:textId="05A76291" w:rsidR="00DB40FA" w:rsidRPr="008A0CD4" w:rsidRDefault="00500CFB" w:rsidP="008A0CD4">
      <w:pPr>
        <w:pStyle w:val="ListParagraph"/>
        <w:numPr>
          <w:ilvl w:val="0"/>
          <w:numId w:val="14"/>
        </w:numPr>
        <w:rPr>
          <w:rFonts w:cs="Arial"/>
        </w:rPr>
      </w:pPr>
      <w:r w:rsidRPr="62931247">
        <w:rPr>
          <w:rFonts w:cs="Arial"/>
        </w:rPr>
        <w:t>Read your headline as though you are an employer.</w:t>
      </w:r>
    </w:p>
    <w:p w14:paraId="6FAF5EEC" w14:textId="77777777" w:rsidR="00DB40FA" w:rsidRPr="008A0CD4" w:rsidRDefault="00500CFB" w:rsidP="008A0CD4">
      <w:pPr>
        <w:pStyle w:val="ListParagraph"/>
        <w:numPr>
          <w:ilvl w:val="0"/>
          <w:numId w:val="14"/>
        </w:numPr>
        <w:rPr>
          <w:rFonts w:cs="Arial"/>
        </w:rPr>
      </w:pPr>
      <w:r w:rsidRPr="62931247">
        <w:rPr>
          <w:rFonts w:cs="Arial"/>
        </w:rPr>
        <w:t>Does it explain what you do beyond your job title?</w:t>
      </w:r>
    </w:p>
    <w:p w14:paraId="35D98404" w14:textId="77777777" w:rsidR="00DB40FA" w:rsidRPr="008A0CD4" w:rsidRDefault="00500CFB" w:rsidP="008A0CD4">
      <w:pPr>
        <w:pStyle w:val="ListParagraph"/>
        <w:numPr>
          <w:ilvl w:val="0"/>
          <w:numId w:val="14"/>
        </w:numPr>
        <w:rPr>
          <w:rFonts w:cs="Arial"/>
        </w:rPr>
      </w:pPr>
      <w:r w:rsidRPr="62931247">
        <w:rPr>
          <w:rFonts w:cs="Arial"/>
        </w:rPr>
        <w:t>Check your profile on your phone.</w:t>
      </w:r>
    </w:p>
    <w:p w14:paraId="0F011671" w14:textId="77777777" w:rsidR="008A0CD4" w:rsidRDefault="008A0CD4" w:rsidP="003734D6">
      <w:pPr>
        <w:rPr>
          <w:rFonts w:cs="Arial"/>
        </w:rPr>
      </w:pPr>
    </w:p>
    <w:p w14:paraId="74AA56A8" w14:textId="6542EB3A" w:rsidR="00DB40FA" w:rsidRPr="00503152" w:rsidRDefault="00500CFB" w:rsidP="003734D6">
      <w:pPr>
        <w:rPr>
          <w:rFonts w:cs="Arial"/>
          <w:b/>
          <w:bCs/>
        </w:rPr>
      </w:pPr>
      <w:r w:rsidRPr="62931247">
        <w:rPr>
          <w:rFonts w:cs="Arial"/>
          <w:b/>
          <w:bCs/>
        </w:rPr>
        <w:t xml:space="preserve">Day 2 </w:t>
      </w:r>
      <w:r w:rsidR="00503152" w:rsidRPr="62931247">
        <w:rPr>
          <w:rFonts w:cs="Arial"/>
          <w:b/>
          <w:bCs/>
        </w:rPr>
        <w:t>-</w:t>
      </w:r>
      <w:r w:rsidRPr="62931247">
        <w:rPr>
          <w:rFonts w:cs="Arial"/>
          <w:b/>
          <w:bCs/>
        </w:rPr>
        <w:t xml:space="preserve"> Follow useful people and organisations</w:t>
      </w:r>
    </w:p>
    <w:p w14:paraId="45CB56A1" w14:textId="77777777" w:rsidR="00DB40FA" w:rsidRPr="00503152" w:rsidRDefault="00500CFB" w:rsidP="00503152">
      <w:pPr>
        <w:pStyle w:val="ListParagraph"/>
        <w:numPr>
          <w:ilvl w:val="0"/>
          <w:numId w:val="15"/>
        </w:numPr>
        <w:rPr>
          <w:rFonts w:cs="Arial"/>
        </w:rPr>
      </w:pPr>
      <w:r w:rsidRPr="62931247">
        <w:rPr>
          <w:rFonts w:cs="Arial"/>
        </w:rPr>
        <w:t>five local employers</w:t>
      </w:r>
    </w:p>
    <w:p w14:paraId="24C73209" w14:textId="77777777" w:rsidR="00DB40FA" w:rsidRPr="00503152" w:rsidRDefault="00500CFB" w:rsidP="00503152">
      <w:pPr>
        <w:pStyle w:val="ListParagraph"/>
        <w:numPr>
          <w:ilvl w:val="0"/>
          <w:numId w:val="15"/>
        </w:numPr>
        <w:rPr>
          <w:rFonts w:cs="Arial"/>
        </w:rPr>
      </w:pPr>
      <w:r w:rsidRPr="62931247">
        <w:rPr>
          <w:rFonts w:cs="Arial"/>
        </w:rPr>
        <w:t>a local Chamber or business network</w:t>
      </w:r>
    </w:p>
    <w:p w14:paraId="08D74B0E" w14:textId="77777777" w:rsidR="00DB40FA" w:rsidRPr="00503152" w:rsidRDefault="00500CFB" w:rsidP="00503152">
      <w:pPr>
        <w:pStyle w:val="ListParagraph"/>
        <w:numPr>
          <w:ilvl w:val="0"/>
          <w:numId w:val="15"/>
        </w:numPr>
        <w:rPr>
          <w:rFonts w:cs="Arial"/>
        </w:rPr>
      </w:pPr>
      <w:r w:rsidRPr="62931247">
        <w:rPr>
          <w:rFonts w:cs="Arial"/>
        </w:rPr>
        <w:t>sector bodies relevant to your T Level routes</w:t>
      </w:r>
    </w:p>
    <w:p w14:paraId="46670C03" w14:textId="77777777" w:rsidR="00DB40FA" w:rsidRPr="00503152" w:rsidRDefault="00500CFB" w:rsidP="00503152">
      <w:pPr>
        <w:pStyle w:val="ListParagraph"/>
        <w:numPr>
          <w:ilvl w:val="0"/>
          <w:numId w:val="15"/>
        </w:numPr>
        <w:rPr>
          <w:rFonts w:cs="Arial"/>
        </w:rPr>
      </w:pPr>
      <w:r w:rsidRPr="62931247">
        <w:rPr>
          <w:rFonts w:cs="Arial"/>
        </w:rPr>
        <w:t>existing employer partners</w:t>
      </w:r>
    </w:p>
    <w:p w14:paraId="7A44A435" w14:textId="77777777" w:rsidR="00DB40FA" w:rsidRPr="00503152" w:rsidRDefault="00500CFB" w:rsidP="00503152">
      <w:pPr>
        <w:pStyle w:val="ListParagraph"/>
        <w:numPr>
          <w:ilvl w:val="0"/>
          <w:numId w:val="15"/>
        </w:numPr>
        <w:rPr>
          <w:rFonts w:cs="Arial"/>
        </w:rPr>
      </w:pPr>
      <w:r w:rsidRPr="62931247">
        <w:rPr>
          <w:rFonts w:cs="Arial"/>
        </w:rPr>
        <w:t>colleagues whose activity you value</w:t>
      </w:r>
    </w:p>
    <w:p w14:paraId="59AD30DA" w14:textId="77777777" w:rsidR="008A0CD4" w:rsidRDefault="008A0CD4" w:rsidP="003734D6">
      <w:pPr>
        <w:rPr>
          <w:rFonts w:cs="Arial"/>
        </w:rPr>
      </w:pPr>
    </w:p>
    <w:p w14:paraId="365C6C48" w14:textId="6531658D" w:rsidR="00DB40FA" w:rsidRPr="00503152" w:rsidRDefault="00500CFB" w:rsidP="003734D6">
      <w:pPr>
        <w:rPr>
          <w:rFonts w:cs="Arial"/>
          <w:b/>
          <w:bCs/>
        </w:rPr>
      </w:pPr>
      <w:r w:rsidRPr="62931247">
        <w:rPr>
          <w:rFonts w:cs="Arial"/>
          <w:b/>
          <w:bCs/>
        </w:rPr>
        <w:t xml:space="preserve">Day 3 </w:t>
      </w:r>
      <w:r w:rsidR="00503152" w:rsidRPr="62931247">
        <w:rPr>
          <w:rFonts w:cs="Arial"/>
          <w:b/>
          <w:bCs/>
        </w:rPr>
        <w:t xml:space="preserve">- </w:t>
      </w:r>
      <w:r w:rsidRPr="62931247">
        <w:rPr>
          <w:rFonts w:cs="Arial"/>
          <w:b/>
          <w:bCs/>
        </w:rPr>
        <w:t>Notice what employers are talking about</w:t>
      </w:r>
    </w:p>
    <w:p w14:paraId="12B2D6B5" w14:textId="77777777" w:rsidR="00DB40FA" w:rsidRPr="00503152" w:rsidRDefault="00500CFB" w:rsidP="00503152">
      <w:pPr>
        <w:pStyle w:val="ListParagraph"/>
        <w:numPr>
          <w:ilvl w:val="0"/>
          <w:numId w:val="16"/>
        </w:numPr>
        <w:rPr>
          <w:rFonts w:cs="Arial"/>
        </w:rPr>
      </w:pPr>
      <w:r w:rsidRPr="62931247">
        <w:rPr>
          <w:rFonts w:cs="Arial"/>
        </w:rPr>
        <w:t>Save three employer or sector posts.</w:t>
      </w:r>
    </w:p>
    <w:p w14:paraId="71E39B58" w14:textId="77777777" w:rsidR="00DB40FA" w:rsidRPr="00503152" w:rsidRDefault="00500CFB" w:rsidP="00503152">
      <w:pPr>
        <w:pStyle w:val="ListParagraph"/>
        <w:numPr>
          <w:ilvl w:val="0"/>
          <w:numId w:val="16"/>
        </w:numPr>
        <w:rPr>
          <w:rFonts w:cs="Arial"/>
        </w:rPr>
      </w:pPr>
      <w:r w:rsidRPr="62931247">
        <w:rPr>
          <w:rFonts w:cs="Arial"/>
        </w:rPr>
        <w:t>Look for themes such as recruitment, skills shortages, growth, social value, young people, technology, sustainability and staff development.</w:t>
      </w:r>
    </w:p>
    <w:p w14:paraId="5432CFBF" w14:textId="77777777" w:rsidR="008A0CD4" w:rsidRDefault="008A0CD4" w:rsidP="003734D6">
      <w:pPr>
        <w:rPr>
          <w:rFonts w:cs="Arial"/>
        </w:rPr>
      </w:pPr>
    </w:p>
    <w:p w14:paraId="43CB64A6" w14:textId="10B765AD" w:rsidR="00DB40FA" w:rsidRPr="00503152" w:rsidRDefault="00500CFB" w:rsidP="003734D6">
      <w:pPr>
        <w:rPr>
          <w:rFonts w:cs="Arial"/>
          <w:b/>
          <w:bCs/>
        </w:rPr>
      </w:pPr>
      <w:r w:rsidRPr="62931247">
        <w:rPr>
          <w:rFonts w:cs="Arial"/>
          <w:b/>
          <w:bCs/>
        </w:rPr>
        <w:t xml:space="preserve">Day 4 </w:t>
      </w:r>
      <w:r w:rsidR="00503152" w:rsidRPr="62931247">
        <w:rPr>
          <w:rFonts w:cs="Arial"/>
          <w:b/>
          <w:bCs/>
        </w:rPr>
        <w:t>-</w:t>
      </w:r>
      <w:r w:rsidRPr="62931247">
        <w:rPr>
          <w:rFonts w:cs="Arial"/>
          <w:b/>
          <w:bCs/>
        </w:rPr>
        <w:t xml:space="preserve"> Comment meaningfully</w:t>
      </w:r>
    </w:p>
    <w:p w14:paraId="6CE0FA83" w14:textId="5FE7FEF7" w:rsidR="00DB40FA" w:rsidRPr="00503152" w:rsidRDefault="00500CFB" w:rsidP="00503152">
      <w:pPr>
        <w:pStyle w:val="ListParagraph"/>
        <w:numPr>
          <w:ilvl w:val="0"/>
          <w:numId w:val="17"/>
        </w:numPr>
        <w:rPr>
          <w:rFonts w:cs="Arial"/>
        </w:rPr>
      </w:pPr>
      <w:r w:rsidRPr="62931247">
        <w:rPr>
          <w:rFonts w:cs="Arial"/>
        </w:rPr>
        <w:t xml:space="preserve">Leave one useful comment using: Recognise + </w:t>
      </w:r>
      <w:r w:rsidR="00503152" w:rsidRPr="62931247">
        <w:rPr>
          <w:rFonts w:cs="Arial"/>
        </w:rPr>
        <w:t>A</w:t>
      </w:r>
      <w:r w:rsidRPr="62931247">
        <w:rPr>
          <w:rFonts w:cs="Arial"/>
        </w:rPr>
        <w:t xml:space="preserve">dd + </w:t>
      </w:r>
      <w:r w:rsidR="00503152" w:rsidRPr="62931247">
        <w:rPr>
          <w:rFonts w:cs="Arial"/>
        </w:rPr>
        <w:t>I</w:t>
      </w:r>
      <w:r w:rsidRPr="62931247">
        <w:rPr>
          <w:rFonts w:cs="Arial"/>
        </w:rPr>
        <w:t>nvite.</w:t>
      </w:r>
    </w:p>
    <w:p w14:paraId="341B58FB" w14:textId="77777777" w:rsidR="008A0CD4" w:rsidRDefault="008A0CD4" w:rsidP="003734D6">
      <w:pPr>
        <w:rPr>
          <w:rFonts w:cs="Arial"/>
        </w:rPr>
      </w:pPr>
    </w:p>
    <w:p w14:paraId="0DF75500" w14:textId="792D6489" w:rsidR="00DB40FA" w:rsidRPr="00503152" w:rsidRDefault="00500CFB" w:rsidP="003734D6">
      <w:pPr>
        <w:rPr>
          <w:rFonts w:cs="Arial"/>
          <w:b/>
          <w:bCs/>
        </w:rPr>
      </w:pPr>
      <w:r w:rsidRPr="62931247">
        <w:rPr>
          <w:rFonts w:cs="Arial"/>
          <w:b/>
          <w:bCs/>
        </w:rPr>
        <w:t xml:space="preserve">Day 5 </w:t>
      </w:r>
      <w:r w:rsidR="00503152" w:rsidRPr="62931247">
        <w:rPr>
          <w:rFonts w:cs="Arial"/>
          <w:b/>
          <w:bCs/>
        </w:rPr>
        <w:t>-</w:t>
      </w:r>
      <w:r w:rsidRPr="62931247">
        <w:rPr>
          <w:rFonts w:cs="Arial"/>
          <w:b/>
          <w:bCs/>
        </w:rPr>
        <w:t xml:space="preserve"> Make a purposeful connection</w:t>
      </w:r>
    </w:p>
    <w:p w14:paraId="64849992" w14:textId="77777777" w:rsidR="00DB40FA" w:rsidRPr="00503152" w:rsidRDefault="00500CFB" w:rsidP="00503152">
      <w:pPr>
        <w:pStyle w:val="ListParagraph"/>
        <w:numPr>
          <w:ilvl w:val="0"/>
          <w:numId w:val="17"/>
        </w:numPr>
        <w:rPr>
          <w:rFonts w:cs="Arial"/>
        </w:rPr>
      </w:pPr>
      <w:r w:rsidRPr="62931247">
        <w:rPr>
          <w:rFonts w:cs="Arial"/>
        </w:rPr>
        <w:t>Identify one employer contact and send a tailored connection request.</w:t>
      </w:r>
    </w:p>
    <w:p w14:paraId="4E045533" w14:textId="77777777" w:rsidR="00DB40FA" w:rsidRPr="00503152" w:rsidRDefault="00500CFB" w:rsidP="00503152">
      <w:pPr>
        <w:pStyle w:val="ListParagraph"/>
        <w:numPr>
          <w:ilvl w:val="0"/>
          <w:numId w:val="17"/>
        </w:numPr>
        <w:rPr>
          <w:rFonts w:cs="Arial"/>
        </w:rPr>
      </w:pPr>
      <w:r w:rsidRPr="62931247">
        <w:rPr>
          <w:rFonts w:cs="Arial"/>
        </w:rPr>
        <w:t>Think: What is the warm hook? What makes this relevant to them?</w:t>
      </w:r>
    </w:p>
    <w:p w14:paraId="394F63F1" w14:textId="77777777" w:rsidR="008A0CD4" w:rsidRDefault="008A0CD4" w:rsidP="003734D6">
      <w:pPr>
        <w:rPr>
          <w:rFonts w:cs="Arial"/>
        </w:rPr>
      </w:pPr>
    </w:p>
    <w:p w14:paraId="1745533B" w14:textId="7263B14A" w:rsidR="00DB40FA" w:rsidRPr="004A041F" w:rsidRDefault="00500CFB" w:rsidP="004A041F">
      <w:pPr>
        <w:rPr>
          <w:rFonts w:cs="Arial"/>
          <w:b/>
          <w:bCs/>
        </w:rPr>
      </w:pPr>
      <w:r w:rsidRPr="62931247">
        <w:rPr>
          <w:rFonts w:cs="Arial"/>
          <w:b/>
          <w:bCs/>
        </w:rPr>
        <w:t xml:space="preserve">Day 6 </w:t>
      </w:r>
      <w:r w:rsidR="004A041F" w:rsidRPr="62931247">
        <w:rPr>
          <w:rFonts w:cs="Arial"/>
          <w:b/>
          <w:bCs/>
        </w:rPr>
        <w:t>-</w:t>
      </w:r>
      <w:r w:rsidRPr="62931247">
        <w:rPr>
          <w:rFonts w:cs="Arial"/>
          <w:b/>
          <w:bCs/>
        </w:rPr>
        <w:t xml:space="preserve"> Share something useful</w:t>
      </w:r>
    </w:p>
    <w:p w14:paraId="5996BFC5" w14:textId="77777777" w:rsidR="00DB40FA" w:rsidRPr="004A041F" w:rsidRDefault="00500CFB" w:rsidP="004A041F">
      <w:pPr>
        <w:pStyle w:val="ListParagraph"/>
        <w:numPr>
          <w:ilvl w:val="0"/>
          <w:numId w:val="18"/>
        </w:numPr>
        <w:rPr>
          <w:rFonts w:cs="Arial"/>
        </w:rPr>
      </w:pPr>
      <w:r w:rsidRPr="62931247">
        <w:rPr>
          <w:rFonts w:cs="Arial"/>
        </w:rPr>
        <w:t>Draft or post one short update about an employer visit, student project, employer thank-you, useful T Level information or a learning point from a recent conversation.</w:t>
      </w:r>
    </w:p>
    <w:p w14:paraId="37FE4F62" w14:textId="77777777" w:rsidR="008A0CD4" w:rsidRDefault="008A0CD4" w:rsidP="003734D6">
      <w:pPr>
        <w:rPr>
          <w:rFonts w:cs="Arial"/>
        </w:rPr>
      </w:pPr>
    </w:p>
    <w:p w14:paraId="0747D165" w14:textId="1162F6BB" w:rsidR="00DB40FA" w:rsidRPr="004A041F" w:rsidRDefault="00500CFB" w:rsidP="003734D6">
      <w:pPr>
        <w:rPr>
          <w:rFonts w:cs="Arial"/>
          <w:b/>
          <w:bCs/>
        </w:rPr>
      </w:pPr>
      <w:r w:rsidRPr="62931247">
        <w:rPr>
          <w:rFonts w:cs="Arial"/>
          <w:b/>
          <w:bCs/>
        </w:rPr>
        <w:t xml:space="preserve">Day 7 </w:t>
      </w:r>
      <w:r w:rsidR="004A041F" w:rsidRPr="62931247">
        <w:rPr>
          <w:rFonts w:cs="Arial"/>
          <w:b/>
          <w:bCs/>
        </w:rPr>
        <w:t>-</w:t>
      </w:r>
      <w:r w:rsidRPr="62931247">
        <w:rPr>
          <w:rFonts w:cs="Arial"/>
          <w:b/>
          <w:bCs/>
        </w:rPr>
        <w:t xml:space="preserve"> Build the habit</w:t>
      </w:r>
    </w:p>
    <w:p w14:paraId="6938C796" w14:textId="77777777" w:rsidR="00DB40FA" w:rsidRPr="004A041F" w:rsidRDefault="00500CFB" w:rsidP="004A041F">
      <w:pPr>
        <w:pStyle w:val="ListParagraph"/>
        <w:numPr>
          <w:ilvl w:val="0"/>
          <w:numId w:val="18"/>
        </w:numPr>
        <w:rPr>
          <w:rFonts w:cs="Arial"/>
        </w:rPr>
      </w:pPr>
      <w:r w:rsidRPr="62931247">
        <w:rPr>
          <w:rFonts w:cs="Arial"/>
        </w:rPr>
        <w:t>Choose your realistic weekly rhythm.</w:t>
      </w:r>
    </w:p>
    <w:p w14:paraId="424DB2AA" w14:textId="77777777" w:rsidR="00DB40FA" w:rsidRPr="004A041F" w:rsidRDefault="00500CFB" w:rsidP="003734D6">
      <w:pPr>
        <w:rPr>
          <w:rFonts w:cs="Arial"/>
          <w:b/>
          <w:bCs/>
        </w:rPr>
      </w:pPr>
      <w:r w:rsidRPr="62931247">
        <w:rPr>
          <w:rFonts w:cs="Arial"/>
          <w:b/>
          <w:bCs/>
        </w:rPr>
        <w:lastRenderedPageBreak/>
        <w:t>My weekly rhythm</w:t>
      </w:r>
    </w:p>
    <w:tbl>
      <w:tblPr>
        <w:tblStyle w:val="TableGrid"/>
        <w:tblW w:w="0" w:type="auto"/>
        <w:jc w:val="center"/>
        <w:tblLook w:val="04A0" w:firstRow="1" w:lastRow="0" w:firstColumn="1" w:lastColumn="0" w:noHBand="0" w:noVBand="1"/>
      </w:tblPr>
      <w:tblGrid>
        <w:gridCol w:w="5142"/>
        <w:gridCol w:w="5138"/>
      </w:tblGrid>
      <w:tr w:rsidR="00DB40FA" w:rsidRPr="004A041F" w14:paraId="68239492" w14:textId="77777777" w:rsidTr="62931247">
        <w:trPr>
          <w:jc w:val="center"/>
        </w:trPr>
        <w:tc>
          <w:tcPr>
            <w:tcW w:w="5184" w:type="dxa"/>
            <w:shd w:val="clear" w:color="auto" w:fill="3F80CD"/>
            <w:tcMar>
              <w:top w:w="80" w:type="dxa"/>
              <w:left w:w="100" w:type="dxa"/>
              <w:bottom w:w="80" w:type="dxa"/>
              <w:right w:w="100" w:type="dxa"/>
            </w:tcMar>
            <w:vAlign w:val="center"/>
          </w:tcPr>
          <w:p w14:paraId="39CBF02F" w14:textId="77777777" w:rsidR="00DB40FA" w:rsidRPr="004A041F" w:rsidRDefault="00500CFB" w:rsidP="003734D6">
            <w:pPr>
              <w:rPr>
                <w:rFonts w:cs="Arial"/>
                <w:b/>
                <w:bCs/>
                <w:color w:val="FFFFFF" w:themeColor="background1"/>
              </w:rPr>
            </w:pPr>
            <w:r w:rsidRPr="62931247">
              <w:rPr>
                <w:rFonts w:cs="Arial"/>
                <w:b/>
                <w:bCs/>
                <w:color w:val="FFFFFF" w:themeColor="background1"/>
              </w:rPr>
              <w:t>My weekly habit</w:t>
            </w:r>
          </w:p>
        </w:tc>
        <w:tc>
          <w:tcPr>
            <w:tcW w:w="5184" w:type="dxa"/>
            <w:shd w:val="clear" w:color="auto" w:fill="3F80CD"/>
            <w:tcMar>
              <w:top w:w="80" w:type="dxa"/>
              <w:left w:w="100" w:type="dxa"/>
              <w:bottom w:w="80" w:type="dxa"/>
              <w:right w:w="100" w:type="dxa"/>
            </w:tcMar>
            <w:vAlign w:val="center"/>
          </w:tcPr>
          <w:p w14:paraId="5FCA1F67" w14:textId="77777777" w:rsidR="00DB40FA" w:rsidRPr="004A041F" w:rsidRDefault="00500CFB" w:rsidP="003734D6">
            <w:pPr>
              <w:rPr>
                <w:rFonts w:cs="Arial"/>
                <w:b/>
                <w:bCs/>
                <w:color w:val="FFFFFF" w:themeColor="background1"/>
              </w:rPr>
            </w:pPr>
            <w:r w:rsidRPr="62931247">
              <w:rPr>
                <w:rFonts w:cs="Arial"/>
                <w:b/>
                <w:bCs/>
                <w:color w:val="FFFFFF" w:themeColor="background1"/>
              </w:rPr>
              <w:t>My commitment</w:t>
            </w:r>
          </w:p>
        </w:tc>
      </w:tr>
      <w:tr w:rsidR="00DB40FA" w:rsidRPr="00B418F6" w14:paraId="44EF4F65" w14:textId="77777777" w:rsidTr="62931247">
        <w:trPr>
          <w:jc w:val="center"/>
        </w:trPr>
        <w:tc>
          <w:tcPr>
            <w:tcW w:w="5184" w:type="dxa"/>
            <w:tcMar>
              <w:top w:w="80" w:type="dxa"/>
              <w:left w:w="100" w:type="dxa"/>
              <w:bottom w:w="80" w:type="dxa"/>
              <w:right w:w="100" w:type="dxa"/>
            </w:tcMar>
            <w:vAlign w:val="center"/>
          </w:tcPr>
          <w:p w14:paraId="3807A34B" w14:textId="77777777" w:rsidR="00DB40FA" w:rsidRPr="00B418F6" w:rsidRDefault="00500CFB" w:rsidP="003734D6">
            <w:pPr>
              <w:rPr>
                <w:rFonts w:cs="Arial"/>
              </w:rPr>
            </w:pPr>
            <w:r w:rsidRPr="62931247">
              <w:rPr>
                <w:rFonts w:cs="Arial"/>
              </w:rPr>
              <w:t>Review employer/sector activity</w:t>
            </w:r>
          </w:p>
        </w:tc>
        <w:tc>
          <w:tcPr>
            <w:tcW w:w="5184" w:type="dxa"/>
            <w:tcMar>
              <w:top w:w="80" w:type="dxa"/>
              <w:left w:w="100" w:type="dxa"/>
              <w:bottom w:w="80" w:type="dxa"/>
              <w:right w:w="100" w:type="dxa"/>
            </w:tcMar>
            <w:vAlign w:val="center"/>
          </w:tcPr>
          <w:p w14:paraId="1810508F" w14:textId="77777777" w:rsidR="00DB40FA" w:rsidRPr="00B418F6" w:rsidRDefault="00500CFB" w:rsidP="003734D6">
            <w:pPr>
              <w:rPr>
                <w:rFonts w:cs="Arial"/>
              </w:rPr>
            </w:pPr>
            <w:r w:rsidRPr="62931247">
              <w:rPr>
                <w:rFonts w:cs="Arial"/>
              </w:rPr>
              <w:t>10 minutes</w:t>
            </w:r>
          </w:p>
        </w:tc>
      </w:tr>
      <w:tr w:rsidR="00DB40FA" w:rsidRPr="00B418F6" w14:paraId="0D8AABD7" w14:textId="77777777" w:rsidTr="62931247">
        <w:trPr>
          <w:jc w:val="center"/>
        </w:trPr>
        <w:tc>
          <w:tcPr>
            <w:tcW w:w="5184" w:type="dxa"/>
            <w:tcMar>
              <w:top w:w="80" w:type="dxa"/>
              <w:left w:w="100" w:type="dxa"/>
              <w:bottom w:w="80" w:type="dxa"/>
              <w:right w:w="100" w:type="dxa"/>
            </w:tcMar>
            <w:vAlign w:val="center"/>
          </w:tcPr>
          <w:p w14:paraId="2BC5C08A" w14:textId="77777777" w:rsidR="00DB40FA" w:rsidRPr="00B418F6" w:rsidRDefault="00500CFB" w:rsidP="003734D6">
            <w:pPr>
              <w:rPr>
                <w:rFonts w:cs="Arial"/>
              </w:rPr>
            </w:pPr>
            <w:r w:rsidRPr="62931247">
              <w:rPr>
                <w:rFonts w:cs="Arial"/>
              </w:rPr>
              <w:t>Leave thoughtful comments</w:t>
            </w:r>
          </w:p>
        </w:tc>
        <w:tc>
          <w:tcPr>
            <w:tcW w:w="5184" w:type="dxa"/>
            <w:tcMar>
              <w:top w:w="80" w:type="dxa"/>
              <w:left w:w="100" w:type="dxa"/>
              <w:bottom w:w="80" w:type="dxa"/>
              <w:right w:w="100" w:type="dxa"/>
            </w:tcMar>
            <w:vAlign w:val="center"/>
          </w:tcPr>
          <w:p w14:paraId="5C7848B8" w14:textId="77777777" w:rsidR="00DB40FA" w:rsidRPr="00B418F6" w:rsidRDefault="00500CFB" w:rsidP="003734D6">
            <w:pPr>
              <w:rPr>
                <w:rFonts w:cs="Arial"/>
              </w:rPr>
            </w:pPr>
            <w:r w:rsidRPr="62931247">
              <w:rPr>
                <w:rFonts w:cs="Arial"/>
              </w:rPr>
              <w:t>2 comments</w:t>
            </w:r>
          </w:p>
        </w:tc>
      </w:tr>
      <w:tr w:rsidR="00DB40FA" w:rsidRPr="00B418F6" w14:paraId="1964A9AD" w14:textId="77777777" w:rsidTr="62931247">
        <w:trPr>
          <w:jc w:val="center"/>
        </w:trPr>
        <w:tc>
          <w:tcPr>
            <w:tcW w:w="5184" w:type="dxa"/>
            <w:tcMar>
              <w:top w:w="80" w:type="dxa"/>
              <w:left w:w="100" w:type="dxa"/>
              <w:bottom w:w="80" w:type="dxa"/>
              <w:right w:w="100" w:type="dxa"/>
            </w:tcMar>
            <w:vAlign w:val="center"/>
          </w:tcPr>
          <w:p w14:paraId="1BEF0749" w14:textId="77777777" w:rsidR="00DB40FA" w:rsidRPr="00B418F6" w:rsidRDefault="00500CFB" w:rsidP="003734D6">
            <w:pPr>
              <w:rPr>
                <w:rFonts w:cs="Arial"/>
              </w:rPr>
            </w:pPr>
            <w:r w:rsidRPr="62931247">
              <w:rPr>
                <w:rFonts w:cs="Arial"/>
              </w:rPr>
              <w:t>Make purposeful connections</w:t>
            </w:r>
          </w:p>
        </w:tc>
        <w:tc>
          <w:tcPr>
            <w:tcW w:w="5184" w:type="dxa"/>
            <w:tcMar>
              <w:top w:w="80" w:type="dxa"/>
              <w:left w:w="100" w:type="dxa"/>
              <w:bottom w:w="80" w:type="dxa"/>
              <w:right w:w="100" w:type="dxa"/>
            </w:tcMar>
            <w:vAlign w:val="center"/>
          </w:tcPr>
          <w:p w14:paraId="3BF74D7E" w14:textId="77777777" w:rsidR="00DB40FA" w:rsidRPr="00B418F6" w:rsidRDefault="00500CFB" w:rsidP="003734D6">
            <w:pPr>
              <w:rPr>
                <w:rFonts w:cs="Arial"/>
              </w:rPr>
            </w:pPr>
            <w:r w:rsidRPr="62931247">
              <w:rPr>
                <w:rFonts w:cs="Arial"/>
              </w:rPr>
              <w:t>1–2 requests</w:t>
            </w:r>
          </w:p>
        </w:tc>
      </w:tr>
      <w:tr w:rsidR="00DB40FA" w:rsidRPr="00B418F6" w14:paraId="5A20AD10" w14:textId="77777777" w:rsidTr="62931247">
        <w:trPr>
          <w:jc w:val="center"/>
        </w:trPr>
        <w:tc>
          <w:tcPr>
            <w:tcW w:w="5184" w:type="dxa"/>
            <w:tcMar>
              <w:top w:w="80" w:type="dxa"/>
              <w:left w:w="100" w:type="dxa"/>
              <w:bottom w:w="80" w:type="dxa"/>
              <w:right w:w="100" w:type="dxa"/>
            </w:tcMar>
            <w:vAlign w:val="center"/>
          </w:tcPr>
          <w:p w14:paraId="45CE0F97" w14:textId="77777777" w:rsidR="00DB40FA" w:rsidRPr="00B418F6" w:rsidRDefault="00500CFB" w:rsidP="003734D6">
            <w:pPr>
              <w:rPr>
                <w:rFonts w:cs="Arial"/>
              </w:rPr>
            </w:pPr>
            <w:r w:rsidRPr="62931247">
              <w:rPr>
                <w:rFonts w:cs="Arial"/>
              </w:rPr>
              <w:t>Share useful content</w:t>
            </w:r>
          </w:p>
        </w:tc>
        <w:tc>
          <w:tcPr>
            <w:tcW w:w="5184" w:type="dxa"/>
            <w:tcMar>
              <w:top w:w="80" w:type="dxa"/>
              <w:left w:w="100" w:type="dxa"/>
              <w:bottom w:w="80" w:type="dxa"/>
              <w:right w:w="100" w:type="dxa"/>
            </w:tcMar>
            <w:vAlign w:val="center"/>
          </w:tcPr>
          <w:p w14:paraId="0D38E11C" w14:textId="77777777" w:rsidR="00DB40FA" w:rsidRPr="00B418F6" w:rsidRDefault="00500CFB" w:rsidP="003734D6">
            <w:pPr>
              <w:rPr>
                <w:rFonts w:cs="Arial"/>
              </w:rPr>
            </w:pPr>
            <w:r w:rsidRPr="62931247">
              <w:rPr>
                <w:rFonts w:cs="Arial"/>
              </w:rPr>
              <w:t>1 post or draft</w:t>
            </w:r>
          </w:p>
        </w:tc>
      </w:tr>
      <w:tr w:rsidR="00DB40FA" w:rsidRPr="00B418F6" w14:paraId="3923A507" w14:textId="77777777" w:rsidTr="62931247">
        <w:trPr>
          <w:jc w:val="center"/>
        </w:trPr>
        <w:tc>
          <w:tcPr>
            <w:tcW w:w="5184" w:type="dxa"/>
            <w:tcMar>
              <w:top w:w="80" w:type="dxa"/>
              <w:left w:w="100" w:type="dxa"/>
              <w:bottom w:w="80" w:type="dxa"/>
              <w:right w:w="100" w:type="dxa"/>
            </w:tcMar>
            <w:vAlign w:val="center"/>
          </w:tcPr>
          <w:p w14:paraId="329C1A00" w14:textId="77777777" w:rsidR="00DB40FA" w:rsidRPr="00B418F6" w:rsidRDefault="00500CFB" w:rsidP="003734D6">
            <w:pPr>
              <w:rPr>
                <w:rFonts w:cs="Arial"/>
              </w:rPr>
            </w:pPr>
            <w:r w:rsidRPr="62931247">
              <w:rPr>
                <w:rFonts w:cs="Arial"/>
              </w:rPr>
              <w:t>Reply and follow up</w:t>
            </w:r>
          </w:p>
        </w:tc>
        <w:tc>
          <w:tcPr>
            <w:tcW w:w="5184" w:type="dxa"/>
            <w:tcMar>
              <w:top w:w="80" w:type="dxa"/>
              <w:left w:w="100" w:type="dxa"/>
              <w:bottom w:w="80" w:type="dxa"/>
              <w:right w:w="100" w:type="dxa"/>
            </w:tcMar>
            <w:vAlign w:val="center"/>
          </w:tcPr>
          <w:p w14:paraId="299E4E03" w14:textId="77777777" w:rsidR="00DB40FA" w:rsidRPr="00B418F6" w:rsidRDefault="00500CFB" w:rsidP="003734D6">
            <w:pPr>
              <w:rPr>
                <w:rFonts w:cs="Arial"/>
              </w:rPr>
            </w:pPr>
            <w:r w:rsidRPr="62931247">
              <w:rPr>
                <w:rFonts w:cs="Arial"/>
              </w:rPr>
              <w:t>5 minutes</w:t>
            </w:r>
          </w:p>
        </w:tc>
      </w:tr>
    </w:tbl>
    <w:p w14:paraId="3D142FF1" w14:textId="77777777" w:rsidR="004A041F" w:rsidRDefault="004A041F" w:rsidP="003734D6">
      <w:pPr>
        <w:rPr>
          <w:rFonts w:cs="Arial"/>
        </w:rPr>
      </w:pPr>
    </w:p>
    <w:p w14:paraId="277ED283" w14:textId="5857D85C" w:rsidR="00DB40FA" w:rsidRPr="004A041F" w:rsidRDefault="00500CFB" w:rsidP="003734D6">
      <w:pPr>
        <w:rPr>
          <w:rFonts w:cs="Arial"/>
          <w:b/>
          <w:bCs/>
        </w:rPr>
      </w:pPr>
      <w:r w:rsidRPr="62931247">
        <w:rPr>
          <w:rFonts w:cs="Arial"/>
          <w:b/>
          <w:bCs/>
        </w:rPr>
        <w:t>My commitment</w:t>
      </w:r>
    </w:p>
    <w:tbl>
      <w:tblPr>
        <w:tblStyle w:val="TableGrid"/>
        <w:tblW w:w="0" w:type="auto"/>
        <w:jc w:val="center"/>
        <w:tblLook w:val="04A0" w:firstRow="1" w:lastRow="0" w:firstColumn="1" w:lastColumn="0" w:noHBand="0" w:noVBand="1"/>
      </w:tblPr>
      <w:tblGrid>
        <w:gridCol w:w="5143"/>
        <w:gridCol w:w="5137"/>
      </w:tblGrid>
      <w:tr w:rsidR="00DB40FA" w:rsidRPr="00B418F6" w14:paraId="7B51A355" w14:textId="77777777" w:rsidTr="62931247">
        <w:trPr>
          <w:trHeight w:val="605"/>
          <w:jc w:val="center"/>
        </w:trPr>
        <w:tc>
          <w:tcPr>
            <w:tcW w:w="5184" w:type="dxa"/>
            <w:shd w:val="clear" w:color="auto" w:fill="EAF3FB"/>
            <w:tcMar>
              <w:top w:w="80" w:type="dxa"/>
              <w:left w:w="100" w:type="dxa"/>
              <w:bottom w:w="80" w:type="dxa"/>
              <w:right w:w="100" w:type="dxa"/>
            </w:tcMar>
            <w:vAlign w:val="center"/>
          </w:tcPr>
          <w:p w14:paraId="475EC4AE" w14:textId="77777777" w:rsidR="00DB40FA" w:rsidRPr="00B418F6" w:rsidRDefault="00500CFB" w:rsidP="003734D6">
            <w:pPr>
              <w:rPr>
                <w:rFonts w:cs="Arial"/>
              </w:rPr>
            </w:pPr>
            <w:r w:rsidRPr="62931247">
              <w:rPr>
                <w:rFonts w:cs="Arial"/>
              </w:rPr>
              <w:t>In the next seven days, I will:</w:t>
            </w:r>
          </w:p>
        </w:tc>
        <w:tc>
          <w:tcPr>
            <w:tcW w:w="5184" w:type="dxa"/>
            <w:tcMar>
              <w:top w:w="80" w:type="dxa"/>
              <w:left w:w="100" w:type="dxa"/>
              <w:bottom w:w="80" w:type="dxa"/>
              <w:right w:w="100" w:type="dxa"/>
            </w:tcMar>
            <w:vAlign w:val="center"/>
          </w:tcPr>
          <w:p w14:paraId="19AC1FEE" w14:textId="77777777" w:rsidR="00DB40FA" w:rsidRPr="00B418F6" w:rsidRDefault="00DB40FA" w:rsidP="003734D6">
            <w:pPr>
              <w:rPr>
                <w:rFonts w:cs="Arial"/>
              </w:rPr>
            </w:pPr>
          </w:p>
        </w:tc>
      </w:tr>
      <w:tr w:rsidR="00DB40FA" w:rsidRPr="00B418F6" w14:paraId="53DAE6C6" w14:textId="77777777" w:rsidTr="62931247">
        <w:trPr>
          <w:trHeight w:val="605"/>
          <w:jc w:val="center"/>
        </w:trPr>
        <w:tc>
          <w:tcPr>
            <w:tcW w:w="5184" w:type="dxa"/>
            <w:shd w:val="clear" w:color="auto" w:fill="EAF3FB"/>
            <w:tcMar>
              <w:top w:w="80" w:type="dxa"/>
              <w:left w:w="100" w:type="dxa"/>
              <w:bottom w:w="80" w:type="dxa"/>
              <w:right w:w="100" w:type="dxa"/>
            </w:tcMar>
            <w:vAlign w:val="center"/>
          </w:tcPr>
          <w:p w14:paraId="05F3E4BA" w14:textId="77777777" w:rsidR="00DB40FA" w:rsidRPr="00B418F6" w:rsidRDefault="00500CFB" w:rsidP="003734D6">
            <w:pPr>
              <w:rPr>
                <w:rFonts w:cs="Arial"/>
              </w:rPr>
            </w:pPr>
            <w:r w:rsidRPr="62931247">
              <w:rPr>
                <w:rFonts w:cs="Arial"/>
              </w:rPr>
              <w:t>I will do this by:</w:t>
            </w:r>
          </w:p>
        </w:tc>
        <w:tc>
          <w:tcPr>
            <w:tcW w:w="5184" w:type="dxa"/>
            <w:tcMar>
              <w:top w:w="80" w:type="dxa"/>
              <w:left w:w="100" w:type="dxa"/>
              <w:bottom w:w="80" w:type="dxa"/>
              <w:right w:w="100" w:type="dxa"/>
            </w:tcMar>
            <w:vAlign w:val="center"/>
          </w:tcPr>
          <w:p w14:paraId="789A55CF" w14:textId="77777777" w:rsidR="00DB40FA" w:rsidRPr="00B418F6" w:rsidRDefault="00DB40FA" w:rsidP="003734D6">
            <w:pPr>
              <w:rPr>
                <w:rFonts w:cs="Arial"/>
              </w:rPr>
            </w:pPr>
          </w:p>
        </w:tc>
      </w:tr>
      <w:tr w:rsidR="00DB40FA" w:rsidRPr="00B418F6" w14:paraId="48D6C4A0" w14:textId="77777777" w:rsidTr="62931247">
        <w:trPr>
          <w:trHeight w:val="605"/>
          <w:jc w:val="center"/>
        </w:trPr>
        <w:tc>
          <w:tcPr>
            <w:tcW w:w="5184" w:type="dxa"/>
            <w:shd w:val="clear" w:color="auto" w:fill="EAF3FB"/>
            <w:tcMar>
              <w:top w:w="80" w:type="dxa"/>
              <w:left w:w="100" w:type="dxa"/>
              <w:bottom w:w="80" w:type="dxa"/>
              <w:right w:w="100" w:type="dxa"/>
            </w:tcMar>
            <w:vAlign w:val="center"/>
          </w:tcPr>
          <w:p w14:paraId="0FD42E72" w14:textId="77777777" w:rsidR="00DB40FA" w:rsidRPr="00B418F6" w:rsidRDefault="00500CFB" w:rsidP="003734D6">
            <w:pPr>
              <w:rPr>
                <w:rFonts w:cs="Arial"/>
              </w:rPr>
            </w:pPr>
            <w:r w:rsidRPr="62931247">
              <w:rPr>
                <w:rFonts w:cs="Arial"/>
              </w:rPr>
              <w:t>The first step I will take is:</w:t>
            </w:r>
          </w:p>
        </w:tc>
        <w:tc>
          <w:tcPr>
            <w:tcW w:w="5184" w:type="dxa"/>
            <w:tcMar>
              <w:top w:w="80" w:type="dxa"/>
              <w:left w:w="100" w:type="dxa"/>
              <w:bottom w:w="80" w:type="dxa"/>
              <w:right w:w="100" w:type="dxa"/>
            </w:tcMar>
            <w:vAlign w:val="center"/>
          </w:tcPr>
          <w:p w14:paraId="5A069032" w14:textId="77777777" w:rsidR="00DB40FA" w:rsidRPr="00B418F6" w:rsidRDefault="00DB40FA" w:rsidP="003734D6">
            <w:pPr>
              <w:rPr>
                <w:rFonts w:cs="Arial"/>
              </w:rPr>
            </w:pPr>
          </w:p>
        </w:tc>
      </w:tr>
    </w:tbl>
    <w:p w14:paraId="391E4C6B" w14:textId="77777777" w:rsidR="004A041F" w:rsidRDefault="004A041F" w:rsidP="003734D6">
      <w:pPr>
        <w:rPr>
          <w:rFonts w:cs="Arial"/>
        </w:rPr>
      </w:pPr>
    </w:p>
    <w:p w14:paraId="72420EA1" w14:textId="4EAB5B0E" w:rsidR="00DB40FA" w:rsidRPr="004A041F" w:rsidRDefault="004A041F" w:rsidP="003734D6">
      <w:pPr>
        <w:rPr>
          <w:rFonts w:cs="Arial"/>
          <w:b/>
          <w:bCs/>
        </w:rPr>
      </w:pPr>
      <w:r w:rsidRPr="62931247">
        <w:rPr>
          <w:rFonts w:cs="Arial"/>
          <w:b/>
          <w:bCs/>
        </w:rPr>
        <w:t>Want to keep the conversation going?</w:t>
      </w:r>
    </w:p>
    <w:p w14:paraId="675D93DF" w14:textId="1A4071A4" w:rsidR="004A041F" w:rsidRPr="00B418F6" w:rsidRDefault="00500CFB" w:rsidP="003734D6">
      <w:pPr>
        <w:rPr>
          <w:rFonts w:cs="Arial"/>
        </w:rPr>
      </w:pPr>
      <w:r w:rsidRPr="62931247">
        <w:rPr>
          <w:rFonts w:cs="Arial"/>
        </w:rPr>
        <w:t>After the session, search for</w:t>
      </w:r>
      <w:r w:rsidR="004A041F" w:rsidRPr="62931247">
        <w:rPr>
          <w:rFonts w:cs="Arial"/>
        </w:rPr>
        <w:t xml:space="preserve"> </w:t>
      </w:r>
      <w:r w:rsidR="004A041F" w:rsidRPr="62931247">
        <w:rPr>
          <w:rFonts w:cs="Arial"/>
          <w:b/>
          <w:bCs/>
          <w:color w:val="2773BE"/>
        </w:rPr>
        <w:t>#TLevelLinkedInLab</w:t>
      </w:r>
    </w:p>
    <w:p w14:paraId="580559F3" w14:textId="77777777" w:rsidR="00DB40FA" w:rsidRPr="00B418F6" w:rsidRDefault="00500CFB" w:rsidP="003734D6">
      <w:pPr>
        <w:rPr>
          <w:rFonts w:cs="Arial"/>
        </w:rPr>
      </w:pPr>
      <w:r w:rsidRPr="62931247">
        <w:rPr>
          <w:rFonts w:cs="Arial"/>
        </w:rPr>
        <w:t>Look at what other delegates have shared, then choose one small networking action:</w:t>
      </w:r>
    </w:p>
    <w:p w14:paraId="6058B570" w14:textId="77777777" w:rsidR="00DB40FA" w:rsidRPr="00D24AE0" w:rsidRDefault="00500CFB" w:rsidP="00D24AE0">
      <w:pPr>
        <w:pStyle w:val="ListParagraph"/>
        <w:numPr>
          <w:ilvl w:val="0"/>
          <w:numId w:val="18"/>
        </w:numPr>
        <w:rPr>
          <w:rFonts w:cs="Arial"/>
        </w:rPr>
      </w:pPr>
      <w:r w:rsidRPr="62931247">
        <w:rPr>
          <w:rFonts w:cs="Arial"/>
        </w:rPr>
        <w:t>Comment on a post that interests you</w:t>
      </w:r>
    </w:p>
    <w:p w14:paraId="463574AF" w14:textId="77777777" w:rsidR="00DB40FA" w:rsidRPr="00D24AE0" w:rsidRDefault="00500CFB" w:rsidP="00D24AE0">
      <w:pPr>
        <w:pStyle w:val="ListParagraph"/>
        <w:numPr>
          <w:ilvl w:val="0"/>
          <w:numId w:val="18"/>
        </w:numPr>
        <w:rPr>
          <w:rFonts w:cs="Arial"/>
        </w:rPr>
      </w:pPr>
      <w:r w:rsidRPr="62931247">
        <w:rPr>
          <w:rFonts w:cs="Arial"/>
        </w:rPr>
        <w:t>Connect with one or two people doing similar work</w:t>
      </w:r>
    </w:p>
    <w:p w14:paraId="0BCA461A" w14:textId="77777777" w:rsidR="00DB40FA" w:rsidRPr="00D24AE0" w:rsidRDefault="00500CFB" w:rsidP="00D24AE0">
      <w:pPr>
        <w:pStyle w:val="ListParagraph"/>
        <w:numPr>
          <w:ilvl w:val="0"/>
          <w:numId w:val="18"/>
        </w:numPr>
        <w:rPr>
          <w:rFonts w:cs="Arial"/>
        </w:rPr>
      </w:pPr>
      <w:r w:rsidRPr="62931247">
        <w:rPr>
          <w:rFonts w:cs="Arial"/>
        </w:rPr>
        <w:t>Send a short note saying what you found useful</w:t>
      </w:r>
    </w:p>
    <w:p w14:paraId="69F015D4" w14:textId="77777777" w:rsidR="00DB40FA" w:rsidRPr="00D24AE0" w:rsidRDefault="00500CFB" w:rsidP="00D24AE0">
      <w:pPr>
        <w:pStyle w:val="ListParagraph"/>
        <w:numPr>
          <w:ilvl w:val="0"/>
          <w:numId w:val="18"/>
        </w:numPr>
        <w:rPr>
          <w:rFonts w:cs="Arial"/>
        </w:rPr>
      </w:pPr>
      <w:r w:rsidRPr="62931247">
        <w:rPr>
          <w:rFonts w:cs="Arial"/>
        </w:rPr>
        <w:t>Save a post or idea you may want to revisit</w:t>
      </w:r>
    </w:p>
    <w:p w14:paraId="3A8263AC" w14:textId="77777777" w:rsidR="00DB40FA" w:rsidRDefault="00500CFB" w:rsidP="00D24AE0">
      <w:pPr>
        <w:pStyle w:val="ListParagraph"/>
        <w:numPr>
          <w:ilvl w:val="0"/>
          <w:numId w:val="18"/>
        </w:numPr>
        <w:rPr>
          <w:rFonts w:cs="Arial"/>
        </w:rPr>
      </w:pPr>
      <w:r w:rsidRPr="62931247">
        <w:rPr>
          <w:rFonts w:cs="Arial"/>
        </w:rPr>
        <w:t>Simple connection message</w:t>
      </w:r>
    </w:p>
    <w:p w14:paraId="50A8D47F" w14:textId="77777777" w:rsidR="00D24AE0" w:rsidRDefault="00D24AE0" w:rsidP="00D24AE0">
      <w:pPr>
        <w:rPr>
          <w:rFonts w:cs="Arial"/>
          <w:b/>
          <w:bCs/>
        </w:rPr>
      </w:pPr>
    </w:p>
    <w:p w14:paraId="30B789C9" w14:textId="1827F9DA" w:rsidR="00D24AE0" w:rsidRPr="00D24AE0" w:rsidRDefault="00D24AE0" w:rsidP="00D24AE0">
      <w:pPr>
        <w:rPr>
          <w:rFonts w:cs="Arial"/>
          <w:b/>
          <w:bCs/>
        </w:rPr>
      </w:pPr>
      <w:r w:rsidRPr="62931247">
        <w:rPr>
          <w:rFonts w:cs="Arial"/>
          <w:b/>
          <w:bCs/>
        </w:rPr>
        <w:t>Example:</w:t>
      </w:r>
    </w:p>
    <w:p w14:paraId="648580A6" w14:textId="77ECDDBB" w:rsidR="00D24AE0" w:rsidRPr="00D24AE0" w:rsidRDefault="00D24AE0" w:rsidP="00D24AE0">
      <w:pPr>
        <w:rPr>
          <w:rFonts w:cs="Arial"/>
        </w:rPr>
      </w:pPr>
      <w:r w:rsidRPr="62931247">
        <w:rPr>
          <w:rFonts w:cs="Arial"/>
        </w:rPr>
        <w:t>Hi [Name], I enjoyed seeing your post from the LinkedIn masterclass. I work in [place/sector] and thought it would be useful to connect and stay in touch.</w:t>
      </w:r>
    </w:p>
    <w:p w14:paraId="79E33030" w14:textId="77777777" w:rsidR="00D24AE0" w:rsidRDefault="00D24AE0" w:rsidP="003734D6">
      <w:pPr>
        <w:rPr>
          <w:rFonts w:cs="Arial"/>
        </w:rPr>
      </w:pPr>
    </w:p>
    <w:p w14:paraId="4A9A53CD" w14:textId="0C76EA9F" w:rsidR="00DB40FA" w:rsidRPr="003734D6" w:rsidRDefault="00DB40FA" w:rsidP="003734D6">
      <w:pPr>
        <w:rPr>
          <w:rFonts w:cs="Arial"/>
        </w:rPr>
      </w:pPr>
    </w:p>
    <w:sectPr w:rsidR="00DB40FA" w:rsidRPr="003734D6" w:rsidSect="00AC0739">
      <w:footerReference w:type="default" r:id="rId34"/>
      <w:pgSz w:w="12240" w:h="15840"/>
      <w:pgMar w:top="1440" w:right="1080" w:bottom="1440" w:left="1080" w:header="624"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6A3B" w14:textId="77777777" w:rsidR="00AB67E1" w:rsidRDefault="00AB67E1">
      <w:pPr>
        <w:spacing w:after="0" w:line="240" w:lineRule="auto"/>
      </w:pPr>
      <w:r>
        <w:separator/>
      </w:r>
    </w:p>
  </w:endnote>
  <w:endnote w:type="continuationSeparator" w:id="0">
    <w:p w14:paraId="314D26EA" w14:textId="77777777" w:rsidR="00AB67E1" w:rsidRDefault="00AB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458B" w14:textId="77777777" w:rsidR="002441B5" w:rsidRDefault="00244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85" w:type="dxa"/>
      <w:tblLook w:val="04A0" w:firstRow="1" w:lastRow="0" w:firstColumn="1" w:lastColumn="0" w:noHBand="0" w:noVBand="1"/>
    </w:tblPr>
    <w:tblGrid>
      <w:gridCol w:w="9417"/>
      <w:gridCol w:w="4868"/>
    </w:tblGrid>
    <w:tr w:rsidR="00774A5F" w:rsidRPr="00774A5F" w14:paraId="4C7FCC85" w14:textId="77777777" w:rsidTr="6B06D74A">
      <w:trPr>
        <w:trHeight w:val="315"/>
      </w:trPr>
      <w:tc>
        <w:tcPr>
          <w:tcW w:w="9417" w:type="dxa"/>
          <w:shd w:val="clear" w:color="auto" w:fill="FFFFFF" w:themeFill="background1"/>
        </w:tcPr>
        <w:p w14:paraId="6E18AB4C" w14:textId="2B703EDE" w:rsidR="00774A5F" w:rsidRPr="00774A5F" w:rsidRDefault="00774A5F" w:rsidP="00774A5F">
          <w:pPr>
            <w:tabs>
              <w:tab w:val="left" w:pos="3570"/>
              <w:tab w:val="center" w:pos="4513"/>
              <w:tab w:val="right" w:pos="9026"/>
            </w:tabs>
            <w:spacing w:after="0" w:line="240" w:lineRule="auto"/>
            <w:rPr>
              <w:rFonts w:eastAsia="Calibri" w:cs="Arial"/>
              <w:b/>
              <w:color w:val="auto"/>
              <w:sz w:val="14"/>
              <w:szCs w:val="16"/>
            </w:rPr>
          </w:pPr>
          <w:r w:rsidRPr="00774A5F">
            <w:rPr>
              <w:rFonts w:eastAsia="Calibri" w:cs="Arial"/>
              <w:b/>
              <w:color w:val="auto"/>
              <w:sz w:val="14"/>
              <w:szCs w:val="16"/>
            </w:rPr>
            <w:fldChar w:fldCharType="begin"/>
          </w:r>
          <w:r w:rsidRPr="00774A5F">
            <w:rPr>
              <w:rFonts w:eastAsia="Calibri" w:cs="Arial"/>
              <w:b/>
              <w:color w:val="auto"/>
              <w:sz w:val="14"/>
              <w:szCs w:val="16"/>
            </w:rPr>
            <w:instrText xml:space="preserve"> FILENAME \* MERGEFORMAT </w:instrText>
          </w:r>
          <w:r w:rsidRPr="00774A5F">
            <w:rPr>
              <w:rFonts w:eastAsia="Calibri" w:cs="Arial"/>
              <w:b/>
              <w:color w:val="auto"/>
              <w:sz w:val="14"/>
              <w:szCs w:val="16"/>
            </w:rPr>
            <w:fldChar w:fldCharType="separate"/>
          </w:r>
          <w:r>
            <w:rPr>
              <w:rFonts w:eastAsia="Calibri" w:cs="Arial"/>
              <w:b/>
              <w:noProof/>
              <w:color w:val="auto"/>
              <w:sz w:val="14"/>
              <w:szCs w:val="16"/>
            </w:rPr>
            <w:t>TLevel LinkedIn Masterclass-Handouts</w:t>
          </w:r>
          <w:r w:rsidRPr="00774A5F">
            <w:rPr>
              <w:rFonts w:eastAsia="Calibri" w:cs="Arial"/>
              <w:b/>
              <w:color w:val="auto"/>
              <w:sz w:val="14"/>
              <w:szCs w:val="16"/>
            </w:rPr>
            <w:fldChar w:fldCharType="end"/>
          </w:r>
        </w:p>
      </w:tc>
      <w:tc>
        <w:tcPr>
          <w:tcW w:w="4868" w:type="dxa"/>
        </w:tcPr>
        <w:p w14:paraId="43707686" w14:textId="77777777" w:rsidR="00774A5F" w:rsidRPr="00774A5F" w:rsidRDefault="00774A5F" w:rsidP="00774A5F">
          <w:pPr>
            <w:tabs>
              <w:tab w:val="center" w:pos="4513"/>
              <w:tab w:val="right" w:pos="9026"/>
            </w:tabs>
            <w:spacing w:after="0" w:line="240" w:lineRule="auto"/>
            <w:jc w:val="right"/>
            <w:rPr>
              <w:rFonts w:eastAsia="Calibri" w:cs="Arial"/>
              <w:b/>
              <w:color w:val="auto"/>
              <w:sz w:val="14"/>
              <w:szCs w:val="16"/>
            </w:rPr>
          </w:pPr>
          <w:r w:rsidRPr="00774A5F">
            <w:rPr>
              <w:rFonts w:eastAsia="Calibri" w:cs="Arial"/>
              <w:b/>
              <w:color w:val="auto"/>
              <w:sz w:val="14"/>
              <w:szCs w:val="16"/>
            </w:rPr>
            <w:t xml:space="preserve">Page </w:t>
          </w:r>
          <w:r w:rsidRPr="00774A5F">
            <w:rPr>
              <w:rFonts w:eastAsia="Calibri" w:cs="Arial"/>
              <w:b/>
              <w:color w:val="auto"/>
              <w:sz w:val="14"/>
              <w:szCs w:val="16"/>
            </w:rPr>
            <w:fldChar w:fldCharType="begin"/>
          </w:r>
          <w:r w:rsidRPr="00774A5F">
            <w:rPr>
              <w:rFonts w:eastAsia="Calibri" w:cs="Arial"/>
              <w:b/>
              <w:color w:val="auto"/>
              <w:sz w:val="14"/>
              <w:szCs w:val="16"/>
            </w:rPr>
            <w:instrText xml:space="preserve"> PAGE   \* MERGEFORMAT </w:instrText>
          </w:r>
          <w:r w:rsidRPr="00774A5F">
            <w:rPr>
              <w:rFonts w:eastAsia="Calibri" w:cs="Arial"/>
              <w:b/>
              <w:color w:val="auto"/>
              <w:sz w:val="14"/>
              <w:szCs w:val="16"/>
            </w:rPr>
            <w:fldChar w:fldCharType="separate"/>
          </w:r>
          <w:r w:rsidRPr="00774A5F">
            <w:rPr>
              <w:rFonts w:eastAsia="Calibri" w:cs="Arial"/>
              <w:b/>
              <w:noProof/>
              <w:color w:val="auto"/>
              <w:sz w:val="14"/>
              <w:szCs w:val="16"/>
            </w:rPr>
            <w:t>2</w:t>
          </w:r>
          <w:r w:rsidRPr="00774A5F">
            <w:rPr>
              <w:rFonts w:eastAsia="Calibri" w:cs="Arial"/>
              <w:b/>
              <w:color w:val="auto"/>
              <w:sz w:val="14"/>
              <w:szCs w:val="16"/>
            </w:rPr>
            <w:fldChar w:fldCharType="end"/>
          </w:r>
          <w:r w:rsidRPr="00774A5F">
            <w:rPr>
              <w:rFonts w:eastAsia="Calibri" w:cs="Arial"/>
              <w:b/>
              <w:color w:val="auto"/>
              <w:sz w:val="14"/>
              <w:szCs w:val="16"/>
            </w:rPr>
            <w:t xml:space="preserve"> of </w:t>
          </w:r>
          <w:r w:rsidRPr="00774A5F">
            <w:rPr>
              <w:rFonts w:eastAsia="Calibri" w:cs="Arial"/>
              <w:b/>
              <w:color w:val="auto"/>
              <w:sz w:val="14"/>
              <w:szCs w:val="16"/>
            </w:rPr>
            <w:fldChar w:fldCharType="begin"/>
          </w:r>
          <w:r w:rsidRPr="00774A5F">
            <w:rPr>
              <w:rFonts w:eastAsia="Calibri" w:cs="Arial"/>
              <w:b/>
              <w:color w:val="auto"/>
              <w:sz w:val="14"/>
              <w:szCs w:val="16"/>
            </w:rPr>
            <w:instrText xml:space="preserve"> NUMPAGES   \* MERGEFORMAT </w:instrText>
          </w:r>
          <w:r w:rsidRPr="00774A5F">
            <w:rPr>
              <w:rFonts w:eastAsia="Calibri" w:cs="Arial"/>
              <w:b/>
              <w:color w:val="auto"/>
              <w:sz w:val="14"/>
              <w:szCs w:val="16"/>
            </w:rPr>
            <w:fldChar w:fldCharType="separate"/>
          </w:r>
          <w:r w:rsidRPr="00774A5F">
            <w:rPr>
              <w:rFonts w:eastAsia="Calibri" w:cs="Arial"/>
              <w:b/>
              <w:noProof/>
              <w:color w:val="auto"/>
              <w:sz w:val="14"/>
              <w:szCs w:val="16"/>
            </w:rPr>
            <w:t>2</w:t>
          </w:r>
          <w:r w:rsidRPr="00774A5F">
            <w:rPr>
              <w:rFonts w:eastAsia="Calibri" w:cs="Arial"/>
              <w:b/>
              <w:noProof/>
              <w:color w:val="auto"/>
              <w:sz w:val="14"/>
              <w:szCs w:val="16"/>
            </w:rPr>
            <w:fldChar w:fldCharType="end"/>
          </w:r>
        </w:p>
      </w:tc>
    </w:tr>
  </w:tbl>
  <w:p w14:paraId="3D648890" w14:textId="77777777" w:rsidR="00774A5F" w:rsidRDefault="00774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5" w:type="dxa"/>
      <w:tblLook w:val="04A0" w:firstRow="1" w:lastRow="0" w:firstColumn="1" w:lastColumn="0" w:noHBand="0" w:noVBand="1"/>
    </w:tblPr>
    <w:tblGrid>
      <w:gridCol w:w="6463"/>
      <w:gridCol w:w="3342"/>
    </w:tblGrid>
    <w:tr w:rsidR="00AC0739" w:rsidRPr="00FF4AAB" w14:paraId="71A59E12" w14:textId="77777777" w:rsidTr="00AC0739">
      <w:trPr>
        <w:trHeight w:val="286"/>
      </w:trPr>
      <w:tc>
        <w:tcPr>
          <w:tcW w:w="6463" w:type="dxa"/>
        </w:tcPr>
        <w:p w14:paraId="45AF8A68" w14:textId="26436517" w:rsidR="00AC0739" w:rsidRPr="00FF4AAB" w:rsidRDefault="00AC0739" w:rsidP="00AC0739">
          <w:pPr>
            <w:pStyle w:val="Footer"/>
            <w:tabs>
              <w:tab w:val="left" w:pos="3570"/>
            </w:tabs>
            <w:rPr>
              <w:rFonts w:cs="Arial"/>
              <w:b/>
              <w:sz w:val="14"/>
              <w:szCs w:val="16"/>
            </w:rPr>
          </w:pPr>
          <w:r>
            <w:rPr>
              <w:rFonts w:cs="Arial"/>
              <w:b/>
              <w:sz w:val="14"/>
              <w:szCs w:val="16"/>
            </w:rPr>
            <w:fldChar w:fldCharType="begin"/>
          </w:r>
          <w:r>
            <w:rPr>
              <w:rFonts w:cs="Arial"/>
              <w:b/>
              <w:sz w:val="14"/>
              <w:szCs w:val="16"/>
            </w:rPr>
            <w:instrText xml:space="preserve"> FILENAME \* MERGEFORMAT </w:instrText>
          </w:r>
          <w:r>
            <w:rPr>
              <w:rFonts w:cs="Arial"/>
              <w:b/>
              <w:sz w:val="14"/>
              <w:szCs w:val="16"/>
            </w:rPr>
            <w:fldChar w:fldCharType="separate"/>
          </w:r>
          <w:r>
            <w:rPr>
              <w:rFonts w:cs="Arial"/>
              <w:b/>
              <w:noProof/>
              <w:sz w:val="14"/>
              <w:szCs w:val="16"/>
            </w:rPr>
            <w:t>TLevel LinkedIn Masterclass-Handouts</w:t>
          </w:r>
          <w:r>
            <w:rPr>
              <w:rFonts w:cs="Arial"/>
              <w:b/>
              <w:sz w:val="14"/>
              <w:szCs w:val="16"/>
            </w:rPr>
            <w:fldChar w:fldCharType="end"/>
          </w:r>
        </w:p>
      </w:tc>
      <w:tc>
        <w:tcPr>
          <w:tcW w:w="3342" w:type="dxa"/>
        </w:tcPr>
        <w:p w14:paraId="7A5D8AE0" w14:textId="77777777" w:rsidR="00AC0739" w:rsidRPr="00FF4AAB" w:rsidRDefault="00AC0739" w:rsidP="00AC0739">
          <w:pPr>
            <w:pStyle w:val="Footer"/>
            <w:jc w:val="right"/>
            <w:rPr>
              <w:rFonts w:cs="Arial"/>
              <w:b/>
              <w:sz w:val="14"/>
              <w:szCs w:val="16"/>
            </w:rPr>
          </w:pPr>
          <w:r w:rsidRPr="00FF4AAB">
            <w:rPr>
              <w:rFonts w:cs="Arial"/>
              <w:b/>
              <w:sz w:val="14"/>
              <w:szCs w:val="16"/>
            </w:rPr>
            <w:t xml:space="preserve">Page </w:t>
          </w:r>
          <w:r w:rsidRPr="00FF4AAB">
            <w:rPr>
              <w:rFonts w:cs="Arial"/>
              <w:b/>
              <w:sz w:val="14"/>
              <w:szCs w:val="16"/>
            </w:rPr>
            <w:fldChar w:fldCharType="begin"/>
          </w:r>
          <w:r w:rsidRPr="00FF4AAB">
            <w:rPr>
              <w:rFonts w:cs="Arial"/>
              <w:b/>
              <w:sz w:val="14"/>
              <w:szCs w:val="16"/>
            </w:rPr>
            <w:instrText xml:space="preserve"> PAGE   \* MERGEFORMAT </w:instrText>
          </w:r>
          <w:r w:rsidRPr="00FF4AAB">
            <w:rPr>
              <w:rFonts w:cs="Arial"/>
              <w:b/>
              <w:sz w:val="14"/>
              <w:szCs w:val="16"/>
            </w:rPr>
            <w:fldChar w:fldCharType="separate"/>
          </w:r>
          <w:r>
            <w:rPr>
              <w:rFonts w:cs="Arial"/>
              <w:b/>
              <w:noProof/>
              <w:sz w:val="14"/>
              <w:szCs w:val="16"/>
            </w:rPr>
            <w:t>2</w:t>
          </w:r>
          <w:r w:rsidRPr="00FF4AAB">
            <w:rPr>
              <w:rFonts w:cs="Arial"/>
              <w:b/>
              <w:sz w:val="14"/>
              <w:szCs w:val="16"/>
            </w:rPr>
            <w:fldChar w:fldCharType="end"/>
          </w:r>
          <w:r w:rsidRPr="00FF4AAB">
            <w:rPr>
              <w:rFonts w:cs="Arial"/>
              <w:b/>
              <w:sz w:val="14"/>
              <w:szCs w:val="16"/>
            </w:rPr>
            <w:t xml:space="preserve"> of </w:t>
          </w:r>
          <w:r w:rsidRPr="00FF4AAB">
            <w:rPr>
              <w:rFonts w:cs="Arial"/>
              <w:b/>
              <w:sz w:val="14"/>
              <w:szCs w:val="16"/>
            </w:rPr>
            <w:fldChar w:fldCharType="begin"/>
          </w:r>
          <w:r w:rsidRPr="00FF4AAB">
            <w:rPr>
              <w:rFonts w:cs="Arial"/>
              <w:b/>
              <w:sz w:val="14"/>
              <w:szCs w:val="16"/>
            </w:rPr>
            <w:instrText xml:space="preserve"> NUMPAGES   \* MERGEFORMAT </w:instrText>
          </w:r>
          <w:r w:rsidRPr="00FF4AAB">
            <w:rPr>
              <w:rFonts w:cs="Arial"/>
              <w:b/>
              <w:sz w:val="14"/>
              <w:szCs w:val="16"/>
            </w:rPr>
            <w:fldChar w:fldCharType="separate"/>
          </w:r>
          <w:r>
            <w:rPr>
              <w:rFonts w:cs="Arial"/>
              <w:b/>
              <w:noProof/>
              <w:sz w:val="14"/>
              <w:szCs w:val="16"/>
            </w:rPr>
            <w:t>2</w:t>
          </w:r>
          <w:r w:rsidRPr="00FF4AAB">
            <w:rPr>
              <w:rFonts w:cs="Arial"/>
              <w:b/>
              <w:noProof/>
              <w:sz w:val="14"/>
              <w:szCs w:val="16"/>
            </w:rPr>
            <w:fldChar w:fldCharType="end"/>
          </w:r>
        </w:p>
      </w:tc>
    </w:tr>
  </w:tbl>
  <w:p w14:paraId="55B4115E" w14:textId="77777777" w:rsidR="00AC0739" w:rsidRDefault="00AC07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10" w:type="dxa"/>
      <w:tblLook w:val="04A0" w:firstRow="1" w:lastRow="0" w:firstColumn="1" w:lastColumn="0" w:noHBand="0" w:noVBand="1"/>
    </w:tblPr>
    <w:tblGrid>
      <w:gridCol w:w="9367"/>
      <w:gridCol w:w="4843"/>
    </w:tblGrid>
    <w:tr w:rsidR="00AC0739" w:rsidRPr="00FF4AAB" w14:paraId="4B52684A" w14:textId="77777777" w:rsidTr="6B06D74A">
      <w:trPr>
        <w:trHeight w:val="317"/>
      </w:trPr>
      <w:tc>
        <w:tcPr>
          <w:tcW w:w="9367" w:type="dxa"/>
        </w:tcPr>
        <w:p w14:paraId="38CD0601" w14:textId="77777777" w:rsidR="00AC0739" w:rsidRPr="00FF4AAB" w:rsidRDefault="00AC0739" w:rsidP="00AC0739">
          <w:pPr>
            <w:pStyle w:val="Footer"/>
            <w:tabs>
              <w:tab w:val="left" w:pos="3570"/>
            </w:tabs>
            <w:rPr>
              <w:rFonts w:cs="Arial"/>
              <w:b/>
              <w:sz w:val="14"/>
              <w:szCs w:val="16"/>
            </w:rPr>
          </w:pPr>
          <w:r>
            <w:rPr>
              <w:rFonts w:cs="Arial"/>
              <w:b/>
              <w:sz w:val="14"/>
              <w:szCs w:val="16"/>
            </w:rPr>
            <w:fldChar w:fldCharType="begin"/>
          </w:r>
          <w:r>
            <w:rPr>
              <w:rFonts w:cs="Arial"/>
              <w:b/>
              <w:sz w:val="14"/>
              <w:szCs w:val="16"/>
            </w:rPr>
            <w:instrText xml:space="preserve"> FILENAME \* MERGEFORMAT </w:instrText>
          </w:r>
          <w:r>
            <w:rPr>
              <w:rFonts w:cs="Arial"/>
              <w:b/>
              <w:sz w:val="14"/>
              <w:szCs w:val="16"/>
            </w:rPr>
            <w:fldChar w:fldCharType="separate"/>
          </w:r>
          <w:r>
            <w:rPr>
              <w:rFonts w:cs="Arial"/>
              <w:b/>
              <w:noProof/>
              <w:sz w:val="14"/>
              <w:szCs w:val="16"/>
            </w:rPr>
            <w:t>TLevel LinkedIn Masterclass-Handouts</w:t>
          </w:r>
          <w:r>
            <w:rPr>
              <w:rFonts w:cs="Arial"/>
              <w:b/>
              <w:sz w:val="14"/>
              <w:szCs w:val="16"/>
            </w:rPr>
            <w:fldChar w:fldCharType="end"/>
          </w:r>
        </w:p>
      </w:tc>
      <w:tc>
        <w:tcPr>
          <w:tcW w:w="4843" w:type="dxa"/>
        </w:tcPr>
        <w:p w14:paraId="2C6C219E" w14:textId="1489BEE1" w:rsidR="00AC0739" w:rsidRPr="00FF4AAB" w:rsidRDefault="6B06D74A" w:rsidP="6B06D74A">
          <w:pPr>
            <w:pStyle w:val="Footer"/>
            <w:tabs>
              <w:tab w:val="left" w:pos="1575"/>
              <w:tab w:val="right" w:pos="4627"/>
            </w:tabs>
            <w:jc w:val="right"/>
            <w:rPr>
              <w:rFonts w:cs="Arial"/>
              <w:b/>
              <w:bCs/>
              <w:sz w:val="14"/>
              <w:szCs w:val="14"/>
            </w:rPr>
          </w:pPr>
          <w:r w:rsidRPr="6B06D74A">
            <w:rPr>
              <w:rFonts w:cs="Arial"/>
              <w:b/>
              <w:bCs/>
              <w:sz w:val="14"/>
              <w:szCs w:val="14"/>
            </w:rPr>
            <w:t xml:space="preserve">Page </w:t>
          </w:r>
          <w:r w:rsidR="00AC0739" w:rsidRPr="6B06D74A">
            <w:rPr>
              <w:rFonts w:cs="Arial"/>
              <w:b/>
              <w:bCs/>
              <w:noProof/>
              <w:sz w:val="14"/>
              <w:szCs w:val="14"/>
            </w:rPr>
            <w:fldChar w:fldCharType="begin"/>
          </w:r>
          <w:r w:rsidR="00AC0739" w:rsidRPr="6B06D74A">
            <w:rPr>
              <w:rFonts w:cs="Arial"/>
              <w:b/>
              <w:bCs/>
              <w:sz w:val="14"/>
              <w:szCs w:val="14"/>
            </w:rPr>
            <w:instrText xml:space="preserve"> PAGE   \* MERGEFORMAT </w:instrText>
          </w:r>
          <w:r w:rsidR="00AC0739" w:rsidRPr="6B06D74A">
            <w:rPr>
              <w:rFonts w:cs="Arial"/>
              <w:b/>
              <w:bCs/>
              <w:sz w:val="14"/>
              <w:szCs w:val="14"/>
            </w:rPr>
            <w:fldChar w:fldCharType="separate"/>
          </w:r>
          <w:r w:rsidRPr="6B06D74A">
            <w:rPr>
              <w:rFonts w:cs="Arial"/>
              <w:b/>
              <w:bCs/>
              <w:noProof/>
              <w:sz w:val="14"/>
              <w:szCs w:val="14"/>
            </w:rPr>
            <w:t>2</w:t>
          </w:r>
          <w:r w:rsidR="00AC0739" w:rsidRPr="6B06D74A">
            <w:rPr>
              <w:rFonts w:cs="Arial"/>
              <w:b/>
              <w:bCs/>
              <w:noProof/>
              <w:sz w:val="14"/>
              <w:szCs w:val="14"/>
            </w:rPr>
            <w:fldChar w:fldCharType="end"/>
          </w:r>
          <w:r w:rsidRPr="6B06D74A">
            <w:rPr>
              <w:rFonts w:cs="Arial"/>
              <w:b/>
              <w:bCs/>
              <w:sz w:val="14"/>
              <w:szCs w:val="14"/>
            </w:rPr>
            <w:t xml:space="preserve"> of </w:t>
          </w:r>
          <w:r w:rsidR="00AC0739" w:rsidRPr="6B06D74A">
            <w:rPr>
              <w:rFonts w:cs="Arial"/>
              <w:b/>
              <w:bCs/>
              <w:noProof/>
              <w:sz w:val="14"/>
              <w:szCs w:val="14"/>
            </w:rPr>
            <w:fldChar w:fldCharType="begin"/>
          </w:r>
          <w:r w:rsidR="00AC0739" w:rsidRPr="6B06D74A">
            <w:rPr>
              <w:rFonts w:cs="Arial"/>
              <w:b/>
              <w:bCs/>
              <w:sz w:val="14"/>
              <w:szCs w:val="14"/>
            </w:rPr>
            <w:instrText xml:space="preserve"> NUMPAGES   \* MERGEFORMAT </w:instrText>
          </w:r>
          <w:r w:rsidR="00AC0739" w:rsidRPr="6B06D74A">
            <w:rPr>
              <w:rFonts w:cs="Arial"/>
              <w:b/>
              <w:bCs/>
              <w:sz w:val="14"/>
              <w:szCs w:val="14"/>
            </w:rPr>
            <w:fldChar w:fldCharType="separate"/>
          </w:r>
          <w:r w:rsidRPr="6B06D74A">
            <w:rPr>
              <w:rFonts w:cs="Arial"/>
              <w:b/>
              <w:bCs/>
              <w:noProof/>
              <w:sz w:val="14"/>
              <w:szCs w:val="14"/>
            </w:rPr>
            <w:t>2</w:t>
          </w:r>
          <w:r w:rsidR="00AC0739" w:rsidRPr="6B06D74A">
            <w:rPr>
              <w:rFonts w:cs="Arial"/>
              <w:b/>
              <w:bCs/>
              <w:noProof/>
              <w:sz w:val="14"/>
              <w:szCs w:val="14"/>
            </w:rPr>
            <w:fldChar w:fldCharType="end"/>
          </w:r>
        </w:p>
      </w:tc>
    </w:tr>
  </w:tbl>
  <w:p w14:paraId="3377BA12" w14:textId="77777777" w:rsidR="00AC0739" w:rsidRDefault="00AC07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7" w:type="dxa"/>
      <w:tblLook w:val="04A0" w:firstRow="1" w:lastRow="0" w:firstColumn="1" w:lastColumn="0" w:noHBand="0" w:noVBand="1"/>
    </w:tblPr>
    <w:tblGrid>
      <w:gridCol w:w="6946"/>
      <w:gridCol w:w="3591"/>
    </w:tblGrid>
    <w:tr w:rsidR="009310BE" w:rsidRPr="00FF4AAB" w14:paraId="41A62AB0" w14:textId="77777777" w:rsidTr="009310BE">
      <w:trPr>
        <w:trHeight w:val="312"/>
      </w:trPr>
      <w:tc>
        <w:tcPr>
          <w:tcW w:w="6946" w:type="dxa"/>
        </w:tcPr>
        <w:p w14:paraId="5F67E36D" w14:textId="77777777" w:rsidR="009310BE" w:rsidRPr="00FF4AAB" w:rsidRDefault="009310BE" w:rsidP="009310BE">
          <w:pPr>
            <w:pStyle w:val="Footer"/>
            <w:tabs>
              <w:tab w:val="left" w:pos="3570"/>
            </w:tabs>
            <w:rPr>
              <w:rFonts w:cs="Arial"/>
              <w:b/>
              <w:sz w:val="14"/>
              <w:szCs w:val="16"/>
            </w:rPr>
          </w:pPr>
          <w:r>
            <w:rPr>
              <w:rFonts w:cs="Arial"/>
              <w:b/>
              <w:sz w:val="14"/>
              <w:szCs w:val="16"/>
            </w:rPr>
            <w:fldChar w:fldCharType="begin"/>
          </w:r>
          <w:r>
            <w:rPr>
              <w:rFonts w:cs="Arial"/>
              <w:b/>
              <w:sz w:val="14"/>
              <w:szCs w:val="16"/>
            </w:rPr>
            <w:instrText xml:space="preserve"> FILENAME \* MERGEFORMAT </w:instrText>
          </w:r>
          <w:r>
            <w:rPr>
              <w:rFonts w:cs="Arial"/>
              <w:b/>
              <w:sz w:val="14"/>
              <w:szCs w:val="16"/>
            </w:rPr>
            <w:fldChar w:fldCharType="separate"/>
          </w:r>
          <w:r>
            <w:rPr>
              <w:rFonts w:cs="Arial"/>
              <w:b/>
              <w:noProof/>
              <w:sz w:val="14"/>
              <w:szCs w:val="16"/>
            </w:rPr>
            <w:t>TLevel LinkedIn Masterclass-Handouts</w:t>
          </w:r>
          <w:r>
            <w:rPr>
              <w:rFonts w:cs="Arial"/>
              <w:b/>
              <w:sz w:val="14"/>
              <w:szCs w:val="16"/>
            </w:rPr>
            <w:fldChar w:fldCharType="end"/>
          </w:r>
        </w:p>
      </w:tc>
      <w:tc>
        <w:tcPr>
          <w:tcW w:w="3591" w:type="dxa"/>
        </w:tcPr>
        <w:p w14:paraId="2F8CA517" w14:textId="77777777" w:rsidR="009310BE" w:rsidRPr="00FF4AAB" w:rsidRDefault="009310BE" w:rsidP="009310BE">
          <w:pPr>
            <w:pStyle w:val="Footer"/>
            <w:jc w:val="right"/>
            <w:rPr>
              <w:rFonts w:cs="Arial"/>
              <w:b/>
              <w:sz w:val="14"/>
              <w:szCs w:val="16"/>
            </w:rPr>
          </w:pPr>
          <w:r w:rsidRPr="00FF4AAB">
            <w:rPr>
              <w:rFonts w:cs="Arial"/>
              <w:b/>
              <w:sz w:val="14"/>
              <w:szCs w:val="16"/>
            </w:rPr>
            <w:t xml:space="preserve">Page </w:t>
          </w:r>
          <w:r w:rsidRPr="00FF4AAB">
            <w:rPr>
              <w:rFonts w:cs="Arial"/>
              <w:b/>
              <w:sz w:val="14"/>
              <w:szCs w:val="16"/>
            </w:rPr>
            <w:fldChar w:fldCharType="begin"/>
          </w:r>
          <w:r w:rsidRPr="00FF4AAB">
            <w:rPr>
              <w:rFonts w:cs="Arial"/>
              <w:b/>
              <w:sz w:val="14"/>
              <w:szCs w:val="16"/>
            </w:rPr>
            <w:instrText xml:space="preserve"> PAGE   \* MERGEFORMAT </w:instrText>
          </w:r>
          <w:r w:rsidRPr="00FF4AAB">
            <w:rPr>
              <w:rFonts w:cs="Arial"/>
              <w:b/>
              <w:sz w:val="14"/>
              <w:szCs w:val="16"/>
            </w:rPr>
            <w:fldChar w:fldCharType="separate"/>
          </w:r>
          <w:r>
            <w:rPr>
              <w:rFonts w:cs="Arial"/>
              <w:b/>
              <w:noProof/>
              <w:sz w:val="14"/>
              <w:szCs w:val="16"/>
            </w:rPr>
            <w:t>2</w:t>
          </w:r>
          <w:r w:rsidRPr="00FF4AAB">
            <w:rPr>
              <w:rFonts w:cs="Arial"/>
              <w:b/>
              <w:sz w:val="14"/>
              <w:szCs w:val="16"/>
            </w:rPr>
            <w:fldChar w:fldCharType="end"/>
          </w:r>
          <w:r w:rsidRPr="00FF4AAB">
            <w:rPr>
              <w:rFonts w:cs="Arial"/>
              <w:b/>
              <w:sz w:val="14"/>
              <w:szCs w:val="16"/>
            </w:rPr>
            <w:t xml:space="preserve"> of </w:t>
          </w:r>
          <w:r w:rsidRPr="00FF4AAB">
            <w:rPr>
              <w:rFonts w:cs="Arial"/>
              <w:b/>
              <w:sz w:val="14"/>
              <w:szCs w:val="16"/>
            </w:rPr>
            <w:fldChar w:fldCharType="begin"/>
          </w:r>
          <w:r w:rsidRPr="00FF4AAB">
            <w:rPr>
              <w:rFonts w:cs="Arial"/>
              <w:b/>
              <w:sz w:val="14"/>
              <w:szCs w:val="16"/>
            </w:rPr>
            <w:instrText xml:space="preserve"> NUMPAGES   \* MERGEFORMAT </w:instrText>
          </w:r>
          <w:r w:rsidRPr="00FF4AAB">
            <w:rPr>
              <w:rFonts w:cs="Arial"/>
              <w:b/>
              <w:sz w:val="14"/>
              <w:szCs w:val="16"/>
            </w:rPr>
            <w:fldChar w:fldCharType="separate"/>
          </w:r>
          <w:r>
            <w:rPr>
              <w:rFonts w:cs="Arial"/>
              <w:b/>
              <w:noProof/>
              <w:sz w:val="14"/>
              <w:szCs w:val="16"/>
            </w:rPr>
            <w:t>2</w:t>
          </w:r>
          <w:r w:rsidRPr="00FF4AAB">
            <w:rPr>
              <w:rFonts w:cs="Arial"/>
              <w:b/>
              <w:noProof/>
              <w:sz w:val="14"/>
              <w:szCs w:val="16"/>
            </w:rPr>
            <w:fldChar w:fldCharType="end"/>
          </w:r>
        </w:p>
      </w:tc>
    </w:tr>
  </w:tbl>
  <w:p w14:paraId="1BB6DF04" w14:textId="77777777" w:rsidR="00AC0739" w:rsidRDefault="00AC0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A697" w14:textId="77777777" w:rsidR="00AB67E1" w:rsidRDefault="00AB67E1">
      <w:pPr>
        <w:spacing w:after="0" w:line="240" w:lineRule="auto"/>
      </w:pPr>
      <w:r>
        <w:separator/>
      </w:r>
    </w:p>
  </w:footnote>
  <w:footnote w:type="continuationSeparator" w:id="0">
    <w:p w14:paraId="601DC718" w14:textId="77777777" w:rsidR="00AB67E1" w:rsidRDefault="00AB6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FC04" w14:textId="77777777" w:rsidR="002441B5" w:rsidRDefault="00244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4E6E" w14:textId="77777777" w:rsidR="002441B5" w:rsidRDefault="00244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6FEA" w14:textId="77777777" w:rsidR="002441B5" w:rsidRDefault="002441B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yIOGcwq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7B09D5"/>
    <w:multiLevelType w:val="multilevel"/>
    <w:tmpl w:val="B54A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D4CC6"/>
    <w:multiLevelType w:val="multilevel"/>
    <w:tmpl w:val="FC9E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71470"/>
    <w:multiLevelType w:val="multilevel"/>
    <w:tmpl w:val="7FF67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37360"/>
    <w:multiLevelType w:val="hybridMultilevel"/>
    <w:tmpl w:val="106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55C89"/>
    <w:multiLevelType w:val="hybridMultilevel"/>
    <w:tmpl w:val="597EA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6390F"/>
    <w:multiLevelType w:val="hybridMultilevel"/>
    <w:tmpl w:val="7D7C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14C8D"/>
    <w:multiLevelType w:val="multilevel"/>
    <w:tmpl w:val="1B70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27666"/>
    <w:multiLevelType w:val="hybridMultilevel"/>
    <w:tmpl w:val="86A05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268B1"/>
    <w:multiLevelType w:val="multilevel"/>
    <w:tmpl w:val="550E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C91F38"/>
    <w:multiLevelType w:val="hybridMultilevel"/>
    <w:tmpl w:val="BACC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6B3961"/>
    <w:multiLevelType w:val="hybridMultilevel"/>
    <w:tmpl w:val="FF96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76A79"/>
    <w:multiLevelType w:val="hybridMultilevel"/>
    <w:tmpl w:val="6ACE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CF0A1C"/>
    <w:multiLevelType w:val="multilevel"/>
    <w:tmpl w:val="0230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41238"/>
    <w:multiLevelType w:val="hybridMultilevel"/>
    <w:tmpl w:val="3316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11D61"/>
    <w:multiLevelType w:val="hybridMultilevel"/>
    <w:tmpl w:val="8480B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525388">
    <w:abstractNumId w:val="8"/>
  </w:num>
  <w:num w:numId="2" w16cid:durableId="1057782923">
    <w:abstractNumId w:val="6"/>
  </w:num>
  <w:num w:numId="3" w16cid:durableId="458650260">
    <w:abstractNumId w:val="5"/>
  </w:num>
  <w:num w:numId="4" w16cid:durableId="1180315223">
    <w:abstractNumId w:val="4"/>
  </w:num>
  <w:num w:numId="5" w16cid:durableId="152375535">
    <w:abstractNumId w:val="7"/>
  </w:num>
  <w:num w:numId="6" w16cid:durableId="1624845161">
    <w:abstractNumId w:val="3"/>
  </w:num>
  <w:num w:numId="7" w16cid:durableId="1552762447">
    <w:abstractNumId w:val="2"/>
  </w:num>
  <w:num w:numId="8" w16cid:durableId="1556770521">
    <w:abstractNumId w:val="1"/>
  </w:num>
  <w:num w:numId="9" w16cid:durableId="1408459748">
    <w:abstractNumId w:val="0"/>
  </w:num>
  <w:num w:numId="10" w16cid:durableId="484397250">
    <w:abstractNumId w:val="19"/>
  </w:num>
  <w:num w:numId="11" w16cid:durableId="564225618">
    <w:abstractNumId w:val="12"/>
  </w:num>
  <w:num w:numId="12" w16cid:durableId="1698043705">
    <w:abstractNumId w:val="13"/>
  </w:num>
  <w:num w:numId="13" w16cid:durableId="194390016">
    <w:abstractNumId w:val="14"/>
  </w:num>
  <w:num w:numId="14" w16cid:durableId="1216962812">
    <w:abstractNumId w:val="22"/>
  </w:num>
  <w:num w:numId="15" w16cid:durableId="460223634">
    <w:abstractNumId w:val="18"/>
  </w:num>
  <w:num w:numId="16" w16cid:durableId="1899586289">
    <w:abstractNumId w:val="23"/>
  </w:num>
  <w:num w:numId="17" w16cid:durableId="521478881">
    <w:abstractNumId w:val="16"/>
  </w:num>
  <w:num w:numId="18" w16cid:durableId="1370376169">
    <w:abstractNumId w:val="20"/>
  </w:num>
  <w:num w:numId="19" w16cid:durableId="1505127344">
    <w:abstractNumId w:val="10"/>
  </w:num>
  <w:num w:numId="20" w16cid:durableId="137186219">
    <w:abstractNumId w:val="11"/>
  </w:num>
  <w:num w:numId="21" w16cid:durableId="192377614">
    <w:abstractNumId w:val="9"/>
  </w:num>
  <w:num w:numId="22" w16cid:durableId="240988376">
    <w:abstractNumId w:val="15"/>
  </w:num>
  <w:num w:numId="23" w16cid:durableId="62065486">
    <w:abstractNumId w:val="21"/>
  </w:num>
  <w:num w:numId="24" w16cid:durableId="11638182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0EF"/>
    <w:rsid w:val="00034616"/>
    <w:rsid w:val="0006063C"/>
    <w:rsid w:val="00122D6C"/>
    <w:rsid w:val="00127E37"/>
    <w:rsid w:val="0015074B"/>
    <w:rsid w:val="001B30FC"/>
    <w:rsid w:val="001C030F"/>
    <w:rsid w:val="001F53B2"/>
    <w:rsid w:val="00213FB8"/>
    <w:rsid w:val="002441B5"/>
    <w:rsid w:val="0029639D"/>
    <w:rsid w:val="002D2AAF"/>
    <w:rsid w:val="002D4B3D"/>
    <w:rsid w:val="00326F90"/>
    <w:rsid w:val="003353B4"/>
    <w:rsid w:val="003379BD"/>
    <w:rsid w:val="0034317B"/>
    <w:rsid w:val="003734D6"/>
    <w:rsid w:val="003921EF"/>
    <w:rsid w:val="003C4135"/>
    <w:rsid w:val="00402886"/>
    <w:rsid w:val="0040517A"/>
    <w:rsid w:val="00413310"/>
    <w:rsid w:val="004A041F"/>
    <w:rsid w:val="00500CFB"/>
    <w:rsid w:val="00503152"/>
    <w:rsid w:val="00520FC0"/>
    <w:rsid w:val="00531AD9"/>
    <w:rsid w:val="0053487B"/>
    <w:rsid w:val="00566F9F"/>
    <w:rsid w:val="00585194"/>
    <w:rsid w:val="005E36F3"/>
    <w:rsid w:val="00611128"/>
    <w:rsid w:val="006221D8"/>
    <w:rsid w:val="006426C0"/>
    <w:rsid w:val="00657649"/>
    <w:rsid w:val="00700FB4"/>
    <w:rsid w:val="0070463B"/>
    <w:rsid w:val="00774A5F"/>
    <w:rsid w:val="00794BE6"/>
    <w:rsid w:val="007B3550"/>
    <w:rsid w:val="008627E9"/>
    <w:rsid w:val="00875B20"/>
    <w:rsid w:val="008A0CD4"/>
    <w:rsid w:val="009310BE"/>
    <w:rsid w:val="00931C92"/>
    <w:rsid w:val="0094729E"/>
    <w:rsid w:val="009A790F"/>
    <w:rsid w:val="009F36BD"/>
    <w:rsid w:val="00A006FE"/>
    <w:rsid w:val="00A46ADB"/>
    <w:rsid w:val="00AA1D8D"/>
    <w:rsid w:val="00AB67E1"/>
    <w:rsid w:val="00AC0739"/>
    <w:rsid w:val="00AC380B"/>
    <w:rsid w:val="00B240CF"/>
    <w:rsid w:val="00B418F6"/>
    <w:rsid w:val="00B47730"/>
    <w:rsid w:val="00B97454"/>
    <w:rsid w:val="00BC47D7"/>
    <w:rsid w:val="00C30BDD"/>
    <w:rsid w:val="00CB0664"/>
    <w:rsid w:val="00D0247F"/>
    <w:rsid w:val="00D062C0"/>
    <w:rsid w:val="00D16E99"/>
    <w:rsid w:val="00D24AE0"/>
    <w:rsid w:val="00D35FA1"/>
    <w:rsid w:val="00D42301"/>
    <w:rsid w:val="00D50B94"/>
    <w:rsid w:val="00D75659"/>
    <w:rsid w:val="00DB40FA"/>
    <w:rsid w:val="00DB418C"/>
    <w:rsid w:val="00E11D66"/>
    <w:rsid w:val="00E26FD1"/>
    <w:rsid w:val="00E44C84"/>
    <w:rsid w:val="00E97DD1"/>
    <w:rsid w:val="00FA1B4A"/>
    <w:rsid w:val="00FA3957"/>
    <w:rsid w:val="00FC693F"/>
    <w:rsid w:val="00FE5FD1"/>
    <w:rsid w:val="0A411D8D"/>
    <w:rsid w:val="100603CF"/>
    <w:rsid w:val="2DA31FF6"/>
    <w:rsid w:val="3C864DBA"/>
    <w:rsid w:val="4AD2A6C5"/>
    <w:rsid w:val="590C808B"/>
    <w:rsid w:val="62931247"/>
    <w:rsid w:val="652B6214"/>
    <w:rsid w:val="6B06D74A"/>
    <w:rsid w:val="7C435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A7AAB5"/>
  <w14:defaultImageDpi w14:val="300"/>
  <w15:docId w15:val="{BA2F39E4-349A-41F7-BBE4-AEE4E098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00603CF"/>
    <w:pPr>
      <w:spacing w:after="110"/>
    </w:pPr>
    <w:rPr>
      <w:rFonts w:ascii="Arial" w:hAnsi="Arial"/>
      <w:color w:val="000000" w:themeColor="text1"/>
      <w:lang w:val="en-GB"/>
    </w:rPr>
  </w:style>
  <w:style w:type="paragraph" w:styleId="Heading1">
    <w:name w:val="heading 1"/>
    <w:basedOn w:val="Normal"/>
    <w:next w:val="Normal"/>
    <w:link w:val="Heading1Char"/>
    <w:uiPriority w:val="9"/>
    <w:qFormat/>
    <w:rsid w:val="100603CF"/>
    <w:pPr>
      <w:keepNext/>
      <w:keepLines/>
      <w:spacing w:before="200" w:after="100"/>
      <w:outlineLvl w:val="0"/>
    </w:pPr>
    <w:rPr>
      <w:rFonts w:eastAsiaTheme="majorEastAsia" w:cstheme="majorBidi"/>
      <w:b/>
      <w:bCs/>
      <w:color w:val="103B66"/>
      <w:sz w:val="32"/>
      <w:szCs w:val="32"/>
    </w:rPr>
  </w:style>
  <w:style w:type="paragraph" w:styleId="Heading2">
    <w:name w:val="heading 2"/>
    <w:basedOn w:val="Normal"/>
    <w:next w:val="Normal"/>
    <w:link w:val="Heading2Char"/>
    <w:uiPriority w:val="9"/>
    <w:unhideWhenUsed/>
    <w:qFormat/>
    <w:rsid w:val="100603CF"/>
    <w:pPr>
      <w:keepNext/>
      <w:keepLines/>
      <w:spacing w:before="200" w:after="100"/>
      <w:outlineLvl w:val="1"/>
    </w:pPr>
    <w:rPr>
      <w:rFonts w:eastAsiaTheme="majorEastAsia" w:cstheme="majorBidi"/>
      <w:b/>
      <w:bCs/>
      <w:color w:val="0A66C2"/>
      <w:sz w:val="25"/>
      <w:szCs w:val="25"/>
    </w:rPr>
  </w:style>
  <w:style w:type="paragraph" w:styleId="Heading3">
    <w:name w:val="heading 3"/>
    <w:basedOn w:val="Normal"/>
    <w:next w:val="Normal"/>
    <w:link w:val="Heading3Char"/>
    <w:uiPriority w:val="9"/>
    <w:unhideWhenUsed/>
    <w:qFormat/>
    <w:rsid w:val="100603CF"/>
    <w:pPr>
      <w:keepNext/>
      <w:keepLines/>
      <w:spacing w:before="200" w:after="100"/>
      <w:outlineLvl w:val="2"/>
    </w:pPr>
    <w:rPr>
      <w:rFonts w:asciiTheme="majorHAnsi" w:eastAsiaTheme="majorEastAsia" w:hAnsiTheme="majorHAnsi" w:cstheme="majorBidi"/>
      <w:b/>
      <w:bCs/>
      <w:color w:val="103B66"/>
    </w:rPr>
  </w:style>
  <w:style w:type="paragraph" w:styleId="Heading4">
    <w:name w:val="heading 4"/>
    <w:basedOn w:val="Normal"/>
    <w:next w:val="Normal"/>
    <w:link w:val="Heading4Char"/>
    <w:uiPriority w:val="9"/>
    <w:semiHidden/>
    <w:unhideWhenUsed/>
    <w:qFormat/>
    <w:rsid w:val="100603C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100603CF"/>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100603CF"/>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100603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100603C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100603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0060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10060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3734D6"/>
    <w:rPr>
      <w:rFonts w:ascii="Arial" w:eastAsiaTheme="majorEastAsia" w:hAnsi="Arial" w:cstheme="majorBidi"/>
      <w:b/>
      <w:bCs/>
      <w:color w:val="103B66"/>
      <w:sz w:val="32"/>
      <w:szCs w:val="28"/>
    </w:rPr>
  </w:style>
  <w:style w:type="character" w:customStyle="1" w:styleId="Heading2Char">
    <w:name w:val="Heading 2 Char"/>
    <w:basedOn w:val="DefaultParagraphFont"/>
    <w:link w:val="Heading2"/>
    <w:uiPriority w:val="9"/>
    <w:rsid w:val="003734D6"/>
    <w:rPr>
      <w:rFonts w:ascii="Arial" w:eastAsiaTheme="majorEastAsia" w:hAnsi="Arial" w:cstheme="majorBidi"/>
      <w:b/>
      <w:bCs/>
      <w:color w:val="0A66C2"/>
      <w:sz w:val="25"/>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100603CF"/>
    <w:pPr>
      <w:pBdr>
        <w:bottom w:val="single" w:sz="8" w:space="4" w:color="4F81BD" w:themeColor="accent1"/>
      </w:pBdr>
      <w:spacing w:after="100" w:line="240" w:lineRule="auto"/>
      <w:contextualSpacing/>
    </w:pPr>
    <w:rPr>
      <w:rFonts w:asciiTheme="majorHAnsi" w:eastAsiaTheme="majorEastAsia" w:hAnsiTheme="majorHAnsi" w:cstheme="majorBidi"/>
      <w:b/>
      <w:bCs/>
      <w:color w:val="103B66"/>
      <w:sz w:val="48"/>
      <w:szCs w:val="48"/>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100603CF"/>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100603CF"/>
    <w:pPr>
      <w:ind w:left="720"/>
      <w:contextualSpacing/>
    </w:pPr>
  </w:style>
  <w:style w:type="paragraph" w:styleId="BodyText">
    <w:name w:val="Body Text"/>
    <w:basedOn w:val="Normal"/>
    <w:link w:val="BodyTextChar"/>
    <w:uiPriority w:val="99"/>
    <w:unhideWhenUsed/>
    <w:rsid w:val="100603CF"/>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100603CF"/>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100603CF"/>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100603CF"/>
    <w:pPr>
      <w:ind w:left="360" w:hanging="360"/>
      <w:contextualSpacing/>
    </w:pPr>
  </w:style>
  <w:style w:type="paragraph" w:styleId="List2">
    <w:name w:val="List 2"/>
    <w:basedOn w:val="Normal"/>
    <w:uiPriority w:val="99"/>
    <w:unhideWhenUsed/>
    <w:rsid w:val="100603CF"/>
    <w:pPr>
      <w:ind w:left="720" w:hanging="360"/>
      <w:contextualSpacing/>
    </w:pPr>
  </w:style>
  <w:style w:type="paragraph" w:styleId="List3">
    <w:name w:val="List 3"/>
    <w:basedOn w:val="Normal"/>
    <w:uiPriority w:val="99"/>
    <w:unhideWhenUsed/>
    <w:rsid w:val="100603CF"/>
    <w:pPr>
      <w:ind w:left="1080" w:hanging="360"/>
      <w:contextualSpacing/>
    </w:pPr>
  </w:style>
  <w:style w:type="paragraph" w:styleId="ListBullet">
    <w:name w:val="List Bullet"/>
    <w:basedOn w:val="Normal"/>
    <w:uiPriority w:val="99"/>
    <w:unhideWhenUsed/>
    <w:rsid w:val="100603CF"/>
    <w:pPr>
      <w:numPr>
        <w:numId w:val="1"/>
      </w:numPr>
      <w:contextualSpacing/>
    </w:pPr>
  </w:style>
  <w:style w:type="paragraph" w:styleId="ListBullet2">
    <w:name w:val="List Bullet 2"/>
    <w:basedOn w:val="Normal"/>
    <w:uiPriority w:val="99"/>
    <w:unhideWhenUsed/>
    <w:rsid w:val="100603CF"/>
    <w:pPr>
      <w:numPr>
        <w:numId w:val="2"/>
      </w:numPr>
      <w:contextualSpacing/>
    </w:pPr>
  </w:style>
  <w:style w:type="paragraph" w:styleId="ListBullet3">
    <w:name w:val="List Bullet 3"/>
    <w:basedOn w:val="Normal"/>
    <w:uiPriority w:val="99"/>
    <w:unhideWhenUsed/>
    <w:rsid w:val="100603CF"/>
    <w:pPr>
      <w:numPr>
        <w:numId w:val="3"/>
      </w:numPr>
      <w:contextualSpacing/>
    </w:pPr>
  </w:style>
  <w:style w:type="paragraph" w:styleId="ListNumber">
    <w:name w:val="List Number"/>
    <w:basedOn w:val="Normal"/>
    <w:uiPriority w:val="99"/>
    <w:unhideWhenUsed/>
    <w:rsid w:val="100603CF"/>
    <w:pPr>
      <w:numPr>
        <w:numId w:val="5"/>
      </w:numPr>
      <w:contextualSpacing/>
    </w:pPr>
  </w:style>
  <w:style w:type="paragraph" w:styleId="ListNumber2">
    <w:name w:val="List Number 2"/>
    <w:basedOn w:val="Normal"/>
    <w:uiPriority w:val="99"/>
    <w:unhideWhenUsed/>
    <w:rsid w:val="100603CF"/>
    <w:pPr>
      <w:numPr>
        <w:numId w:val="6"/>
      </w:numPr>
      <w:contextualSpacing/>
    </w:pPr>
  </w:style>
  <w:style w:type="paragraph" w:styleId="ListNumber3">
    <w:name w:val="List Number 3"/>
    <w:basedOn w:val="Normal"/>
    <w:uiPriority w:val="99"/>
    <w:unhideWhenUsed/>
    <w:rsid w:val="100603CF"/>
    <w:pPr>
      <w:numPr>
        <w:numId w:val="7"/>
      </w:numPr>
      <w:contextualSpacing/>
    </w:pPr>
  </w:style>
  <w:style w:type="paragraph" w:styleId="ListContinue">
    <w:name w:val="List Continue"/>
    <w:basedOn w:val="Normal"/>
    <w:uiPriority w:val="99"/>
    <w:unhideWhenUsed/>
    <w:rsid w:val="100603CF"/>
    <w:pPr>
      <w:spacing w:after="120"/>
      <w:ind w:left="360"/>
      <w:contextualSpacing/>
    </w:pPr>
  </w:style>
  <w:style w:type="paragraph" w:styleId="ListContinue2">
    <w:name w:val="List Continue 2"/>
    <w:basedOn w:val="Normal"/>
    <w:uiPriority w:val="99"/>
    <w:unhideWhenUsed/>
    <w:rsid w:val="100603CF"/>
    <w:pPr>
      <w:spacing w:after="120"/>
      <w:ind w:left="720"/>
      <w:contextualSpacing/>
    </w:pPr>
  </w:style>
  <w:style w:type="paragraph" w:styleId="ListContinue3">
    <w:name w:val="List Continue 3"/>
    <w:basedOn w:val="Normal"/>
    <w:uiPriority w:val="99"/>
    <w:unhideWhenUsed/>
    <w:rsid w:val="100603CF"/>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100603C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100603C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100603C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D6872"/>
      <w:sz w:val="17"/>
    </w:rPr>
  </w:style>
  <w:style w:type="character" w:styleId="Hyperlink">
    <w:name w:val="Hyperlink"/>
    <w:basedOn w:val="DefaultParagraphFont"/>
    <w:uiPriority w:val="99"/>
    <w:unhideWhenUsed/>
    <w:rsid w:val="00D24AE0"/>
    <w:rPr>
      <w:color w:val="0000FF" w:themeColor="hyperlink"/>
      <w:u w:val="single"/>
    </w:rPr>
  </w:style>
  <w:style w:type="character" w:styleId="UnresolvedMention">
    <w:name w:val="Unresolved Mention"/>
    <w:basedOn w:val="DefaultParagraphFont"/>
    <w:uiPriority w:val="99"/>
    <w:semiHidden/>
    <w:unhideWhenUsed/>
    <w:rsid w:val="00D24AE0"/>
    <w:rPr>
      <w:color w:val="605E5C"/>
      <w:shd w:val="clear" w:color="auto" w:fill="E1DFDD"/>
    </w:rPr>
  </w:style>
  <w:style w:type="character" w:styleId="FollowedHyperlink">
    <w:name w:val="FollowedHyperlink"/>
    <w:basedOn w:val="DefaultParagraphFont"/>
    <w:uiPriority w:val="99"/>
    <w:semiHidden/>
    <w:unhideWhenUsed/>
    <w:rsid w:val="009F36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showcase/employer-engagement-forum/posts/?feedView=all" TargetMode="External"/><Relationship Id="rId18" Type="http://schemas.openxmlformats.org/officeDocument/2006/relationships/header" Target="header3.xml"/><Relationship Id="rId26" Type="http://schemas.openxmlformats.org/officeDocument/2006/relationships/diagramLayout" Target="diagrams/layout1.xml"/><Relationship Id="rId21" Type="http://schemas.openxmlformats.org/officeDocument/2006/relationships/hyperlink" Target="https://www.linkedin.com/showcase/employer-engagement-forum/posts/?feedView=all"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diagramData" Target="diagrams/data1.xml"/><Relationship Id="rId33"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mployers.tlevels.gov.uk/hc/en-gb" TargetMode="Externa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image" Target="media/image5.png"/><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linkedin.com/company/t-levels/" TargetMode="External"/><Relationship Id="rId28" Type="http://schemas.openxmlformats.org/officeDocument/2006/relationships/diagramColors" Target="diagrams/colors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linkedin.com/groups/14714307/" TargetMode="External"/><Relationship Id="rId27" Type="http://schemas.openxmlformats.org/officeDocument/2006/relationships/diagramQuickStyle" Target="diagrams/quickStyle1.xm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8C7E43-584A-354F-8375-093022B7765A}" type="doc">
      <dgm:prSet loTypeId="urn:microsoft.com/office/officeart/2005/8/layout/process1" loCatId="" qsTypeId="urn:microsoft.com/office/officeart/2005/8/quickstyle/simple1" qsCatId="simple" csTypeId="urn:microsoft.com/office/officeart/2005/8/colors/accent1_2" csCatId="accent1" phldr="1"/>
      <dgm:spPr/>
    </dgm:pt>
    <dgm:pt modelId="{32E07529-4217-DE43-9A43-48DDC9A71259}">
      <dgm:prSet phldrT="[Text]" custT="1">
        <dgm:style>
          <a:lnRef idx="1">
            <a:schemeClr val="accent1"/>
          </a:lnRef>
          <a:fillRef idx="3">
            <a:schemeClr val="accent1"/>
          </a:fillRef>
          <a:effectRef idx="2">
            <a:schemeClr val="accent1"/>
          </a:effectRef>
          <a:fontRef idx="minor">
            <a:schemeClr val="lt1"/>
          </a:fontRef>
        </dgm:style>
      </dgm:prSet>
      <dgm:spPr>
        <a:gradFill rotWithShape="0">
          <a:gsLst>
            <a:gs pos="0">
              <a:srgbClr val="3F80CD"/>
            </a:gs>
            <a:gs pos="100000">
              <a:schemeClr val="accent1">
                <a:tint val="50000"/>
                <a:shade val="100000"/>
                <a:satMod val="350000"/>
              </a:schemeClr>
            </a:gs>
          </a:gsLst>
        </a:gradFill>
      </dgm:spPr>
      <dgm:t>
        <a:bodyPr/>
        <a:lstStyle/>
        <a:p>
          <a:r>
            <a:rPr lang="en-GB" sz="1200">
              <a:solidFill>
                <a:schemeClr val="tx1"/>
              </a:solidFill>
              <a:latin typeface="Arial" panose="020B0604020202020204" pitchFamily="34" charset="0"/>
              <a:cs typeface="Arial" panose="020B0604020202020204" pitchFamily="34" charset="0"/>
            </a:rPr>
            <a:t>What happened?</a:t>
          </a:r>
        </a:p>
      </dgm:t>
    </dgm:pt>
    <dgm:pt modelId="{9D7A5968-91E3-9442-8657-A88D9DE82C43}" type="parTrans" cxnId="{B30AB055-F4A6-3F4C-9BD5-DEC7540B932F}">
      <dgm:prSet/>
      <dgm:spPr/>
      <dgm:t>
        <a:bodyPr/>
        <a:lstStyle/>
        <a:p>
          <a:endParaRPr lang="en-GB"/>
        </a:p>
      </dgm:t>
    </dgm:pt>
    <dgm:pt modelId="{1EB9BE20-EB3E-E243-A874-9458CD4054F7}" type="sibTrans" cxnId="{B30AB055-F4A6-3F4C-9BD5-DEC7540B932F}">
      <dgm:prSet/>
      <dgm:spPr>
        <a:ln>
          <a:solidFill>
            <a:schemeClr val="accent1"/>
          </a:solidFill>
        </a:ln>
        <a:effectLst>
          <a:outerShdw blurRad="50800" dist="38100" dir="8100000" algn="tr" rotWithShape="0">
            <a:prstClr val="black">
              <a:alpha val="40000"/>
            </a:prstClr>
          </a:outerShdw>
        </a:effectLst>
      </dgm:spPr>
      <dgm:t>
        <a:bodyPr/>
        <a:lstStyle/>
        <a:p>
          <a:endParaRPr lang="en-GB"/>
        </a:p>
      </dgm:t>
    </dgm:pt>
    <dgm:pt modelId="{60C75DE5-5A1E-884C-AFB2-1C44B6ECA05A}">
      <dgm:prSet phldrT="[Text]" custT="1">
        <dgm:style>
          <a:lnRef idx="1">
            <a:schemeClr val="accent1"/>
          </a:lnRef>
          <a:fillRef idx="3">
            <a:schemeClr val="accent1"/>
          </a:fillRef>
          <a:effectRef idx="2">
            <a:schemeClr val="accent1"/>
          </a:effectRef>
          <a:fontRef idx="minor">
            <a:schemeClr val="lt1"/>
          </a:fontRef>
        </dgm:style>
      </dgm:prSet>
      <dgm:spPr/>
      <dgm:t>
        <a:bodyPr/>
        <a:lstStyle/>
        <a:p>
          <a:r>
            <a:rPr lang="en-GB" sz="1200">
              <a:solidFill>
                <a:schemeClr val="tx1"/>
              </a:solidFill>
              <a:latin typeface="Arial" panose="020B0604020202020204" pitchFamily="34" charset="0"/>
              <a:cs typeface="Arial" panose="020B0604020202020204" pitchFamily="34" charset="0"/>
            </a:rPr>
            <a:t>Why does it matter?</a:t>
          </a:r>
        </a:p>
      </dgm:t>
    </dgm:pt>
    <dgm:pt modelId="{B9944070-3AD9-9E47-9DF8-2A765EC99AE3}" type="parTrans" cxnId="{32CB469E-9583-AE46-A7AC-8DDDD1892A2A}">
      <dgm:prSet/>
      <dgm:spPr/>
      <dgm:t>
        <a:bodyPr/>
        <a:lstStyle/>
        <a:p>
          <a:endParaRPr lang="en-GB"/>
        </a:p>
      </dgm:t>
    </dgm:pt>
    <dgm:pt modelId="{2AF2B365-23FB-904A-9004-B91F232343BF}" type="sibTrans" cxnId="{32CB469E-9583-AE46-A7AC-8DDDD1892A2A}">
      <dgm:prSet/>
      <dgm:spPr>
        <a:ln>
          <a:solidFill>
            <a:schemeClr val="accent1"/>
          </a:solidFill>
        </a:ln>
        <a:effectLst>
          <a:outerShdw blurRad="50800" dist="38100" dir="8100000" algn="tr" rotWithShape="0">
            <a:prstClr val="black">
              <a:alpha val="40000"/>
            </a:prstClr>
          </a:outerShdw>
        </a:effectLst>
      </dgm:spPr>
      <dgm:t>
        <a:bodyPr/>
        <a:lstStyle/>
        <a:p>
          <a:endParaRPr lang="en-GB"/>
        </a:p>
      </dgm:t>
    </dgm:pt>
    <dgm:pt modelId="{CCE4DBBB-3B69-D149-831E-506D33DAC566}">
      <dgm:prSet phldrT="[Text]" custT="1">
        <dgm:style>
          <a:lnRef idx="1">
            <a:schemeClr val="accent1"/>
          </a:lnRef>
          <a:fillRef idx="3">
            <a:schemeClr val="accent1"/>
          </a:fillRef>
          <a:effectRef idx="2">
            <a:schemeClr val="accent1"/>
          </a:effectRef>
          <a:fontRef idx="minor">
            <a:schemeClr val="lt1"/>
          </a:fontRef>
        </dgm:style>
      </dgm:prSet>
      <dgm:spPr/>
      <dgm:t>
        <a:bodyPr/>
        <a:lstStyle/>
        <a:p>
          <a:r>
            <a:rPr lang="en-GB" sz="1200">
              <a:solidFill>
                <a:schemeClr val="tx1"/>
              </a:solidFill>
              <a:latin typeface="Arial" panose="020B0604020202020204" pitchFamily="34" charset="0"/>
              <a:cs typeface="Arial" panose="020B0604020202020204" pitchFamily="34" charset="0"/>
            </a:rPr>
            <a:t>What conversation do you want to open?</a:t>
          </a:r>
        </a:p>
      </dgm:t>
    </dgm:pt>
    <dgm:pt modelId="{396079C5-66A3-DA4D-8C37-B6EFC4B3118F}" type="parTrans" cxnId="{DF4812FC-5EA0-514C-8814-A55EA8C904C4}">
      <dgm:prSet/>
      <dgm:spPr/>
      <dgm:t>
        <a:bodyPr/>
        <a:lstStyle/>
        <a:p>
          <a:endParaRPr lang="en-GB"/>
        </a:p>
      </dgm:t>
    </dgm:pt>
    <dgm:pt modelId="{A0866CAF-8F9D-B34A-9578-7799F0AAF165}" type="sibTrans" cxnId="{DF4812FC-5EA0-514C-8814-A55EA8C904C4}">
      <dgm:prSet/>
      <dgm:spPr/>
      <dgm:t>
        <a:bodyPr/>
        <a:lstStyle/>
        <a:p>
          <a:endParaRPr lang="en-GB"/>
        </a:p>
      </dgm:t>
    </dgm:pt>
    <dgm:pt modelId="{173AC7C6-16A0-3541-88C9-275CE394FA0C}">
      <dgm:prSet phldrT="[Text]" custT="1">
        <dgm:style>
          <a:lnRef idx="1">
            <a:schemeClr val="accent1"/>
          </a:lnRef>
          <a:fillRef idx="3">
            <a:schemeClr val="accent1"/>
          </a:fillRef>
          <a:effectRef idx="2">
            <a:schemeClr val="accent1"/>
          </a:effectRef>
          <a:fontRef idx="minor">
            <a:schemeClr val="lt1"/>
          </a:fontRef>
        </dgm:style>
      </dgm:prSet>
      <dgm:spPr/>
      <dgm:t>
        <a:bodyPr/>
        <a:lstStyle/>
        <a:p>
          <a:r>
            <a:rPr lang="en-GB" sz="1200">
              <a:solidFill>
                <a:schemeClr val="tx1"/>
              </a:solidFill>
              <a:latin typeface="Arial" panose="020B0604020202020204" pitchFamily="34" charset="0"/>
              <a:cs typeface="Arial" panose="020B0604020202020204" pitchFamily="34" charset="0"/>
            </a:rPr>
            <a:t>Who deserves recognition&gt;</a:t>
          </a:r>
        </a:p>
      </dgm:t>
    </dgm:pt>
    <dgm:pt modelId="{4B4C134A-AE75-994A-B53E-9615B687C581}" type="parTrans" cxnId="{AA9C7557-9757-0844-ACE7-E3F7634EEB87}">
      <dgm:prSet/>
      <dgm:spPr/>
      <dgm:t>
        <a:bodyPr/>
        <a:lstStyle/>
        <a:p>
          <a:endParaRPr lang="en-GB"/>
        </a:p>
      </dgm:t>
    </dgm:pt>
    <dgm:pt modelId="{43308AA0-00AE-E948-9EFD-E94C77372F9E}" type="sibTrans" cxnId="{AA9C7557-9757-0844-ACE7-E3F7634EEB87}">
      <dgm:prSet/>
      <dgm:spPr>
        <a:ln>
          <a:solidFill>
            <a:schemeClr val="accent1"/>
          </a:solidFill>
        </a:ln>
        <a:effectLst>
          <a:outerShdw blurRad="50800" dist="38100" dir="8100000" algn="tr" rotWithShape="0">
            <a:prstClr val="black">
              <a:alpha val="40000"/>
            </a:prstClr>
          </a:outerShdw>
        </a:effectLst>
      </dgm:spPr>
      <dgm:t>
        <a:bodyPr/>
        <a:lstStyle/>
        <a:p>
          <a:endParaRPr lang="en-GB"/>
        </a:p>
      </dgm:t>
    </dgm:pt>
    <dgm:pt modelId="{4A9CB0DE-8441-D84C-9AAC-BA651FD65DEA}" type="pres">
      <dgm:prSet presAssocID="{418C7E43-584A-354F-8375-093022B7765A}" presName="Name0" presStyleCnt="0">
        <dgm:presLayoutVars>
          <dgm:dir/>
          <dgm:resizeHandles val="exact"/>
        </dgm:presLayoutVars>
      </dgm:prSet>
      <dgm:spPr/>
    </dgm:pt>
    <dgm:pt modelId="{7D39B114-E71D-9C43-BAA1-E22238B8DB85}" type="pres">
      <dgm:prSet presAssocID="{32E07529-4217-DE43-9A43-48DDC9A71259}" presName="node" presStyleLbl="node1" presStyleIdx="0" presStyleCnt="4">
        <dgm:presLayoutVars>
          <dgm:bulletEnabled val="1"/>
        </dgm:presLayoutVars>
      </dgm:prSet>
      <dgm:spPr>
        <a:xfrm>
          <a:off x="2818" y="213602"/>
          <a:ext cx="1232420" cy="1009164"/>
        </a:xfrm>
        <a:prstGeom prst="roundRect">
          <a:avLst>
            <a:gd name="adj" fmla="val 10000"/>
          </a:avLst>
        </a:prstGeom>
      </dgm:spPr>
    </dgm:pt>
    <dgm:pt modelId="{136E5EB6-DBBD-CC4C-A594-379ABC9C1E75}" type="pres">
      <dgm:prSet presAssocID="{1EB9BE20-EB3E-E243-A874-9458CD4054F7}" presName="sibTrans" presStyleLbl="sibTrans2D1" presStyleIdx="0" presStyleCnt="3"/>
      <dgm:spPr/>
    </dgm:pt>
    <dgm:pt modelId="{E0575531-DD35-104A-BCDD-F16241086474}" type="pres">
      <dgm:prSet presAssocID="{1EB9BE20-EB3E-E243-A874-9458CD4054F7}" presName="connectorText" presStyleLbl="sibTrans2D1" presStyleIdx="0" presStyleCnt="3"/>
      <dgm:spPr/>
    </dgm:pt>
    <dgm:pt modelId="{2EF41320-C4C5-5A43-9E41-DB5D2F2884D2}" type="pres">
      <dgm:prSet presAssocID="{60C75DE5-5A1E-884C-AFB2-1C44B6ECA05A}" presName="node" presStyleLbl="node1" presStyleIdx="1" presStyleCnt="4">
        <dgm:presLayoutVars>
          <dgm:bulletEnabled val="1"/>
        </dgm:presLayoutVars>
      </dgm:prSet>
      <dgm:spPr>
        <a:xfrm>
          <a:off x="1728207" y="213602"/>
          <a:ext cx="1232420" cy="1009164"/>
        </a:xfrm>
        <a:prstGeom prst="roundRect">
          <a:avLst>
            <a:gd name="adj" fmla="val 10000"/>
          </a:avLst>
        </a:prstGeom>
      </dgm:spPr>
    </dgm:pt>
    <dgm:pt modelId="{D0E9085E-A6D5-0341-AE4B-C73BEA29E3E6}" type="pres">
      <dgm:prSet presAssocID="{2AF2B365-23FB-904A-9004-B91F232343BF}" presName="sibTrans" presStyleLbl="sibTrans2D1" presStyleIdx="1" presStyleCnt="3"/>
      <dgm:spPr/>
    </dgm:pt>
    <dgm:pt modelId="{FB39CA20-A002-A845-94DE-FCDE56D5F51A}" type="pres">
      <dgm:prSet presAssocID="{2AF2B365-23FB-904A-9004-B91F232343BF}" presName="connectorText" presStyleLbl="sibTrans2D1" presStyleIdx="1" presStyleCnt="3"/>
      <dgm:spPr/>
    </dgm:pt>
    <dgm:pt modelId="{76DEB5EF-A9DE-554B-99C6-FDE8FA17A554}" type="pres">
      <dgm:prSet presAssocID="{173AC7C6-16A0-3541-88C9-275CE394FA0C}" presName="node" presStyleLbl="node1" presStyleIdx="2" presStyleCnt="4">
        <dgm:presLayoutVars>
          <dgm:bulletEnabled val="1"/>
        </dgm:presLayoutVars>
      </dgm:prSet>
      <dgm:spPr>
        <a:xfrm>
          <a:off x="3453597" y="213602"/>
          <a:ext cx="1232420" cy="1009164"/>
        </a:xfrm>
        <a:prstGeom prst="roundRect">
          <a:avLst>
            <a:gd name="adj" fmla="val 10000"/>
          </a:avLst>
        </a:prstGeom>
      </dgm:spPr>
    </dgm:pt>
    <dgm:pt modelId="{8CC158FC-161F-4D41-B22F-360CD046EC01}" type="pres">
      <dgm:prSet presAssocID="{43308AA0-00AE-E948-9EFD-E94C77372F9E}" presName="sibTrans" presStyleLbl="sibTrans2D1" presStyleIdx="2" presStyleCnt="3"/>
      <dgm:spPr/>
    </dgm:pt>
    <dgm:pt modelId="{38F1132B-9FB4-3E47-8758-E44488FCD6F3}" type="pres">
      <dgm:prSet presAssocID="{43308AA0-00AE-E948-9EFD-E94C77372F9E}" presName="connectorText" presStyleLbl="sibTrans2D1" presStyleIdx="2" presStyleCnt="3"/>
      <dgm:spPr/>
    </dgm:pt>
    <dgm:pt modelId="{6B8E5021-F1FF-8542-B13F-03B776DDEA53}" type="pres">
      <dgm:prSet presAssocID="{CCE4DBBB-3B69-D149-831E-506D33DAC566}" presName="node" presStyleLbl="node1" presStyleIdx="3" presStyleCnt="4">
        <dgm:presLayoutVars>
          <dgm:bulletEnabled val="1"/>
        </dgm:presLayoutVars>
      </dgm:prSet>
      <dgm:spPr>
        <a:xfrm>
          <a:off x="5178986" y="213602"/>
          <a:ext cx="1232420" cy="1009164"/>
        </a:xfrm>
        <a:prstGeom prst="roundRect">
          <a:avLst>
            <a:gd name="adj" fmla="val 10000"/>
          </a:avLst>
        </a:prstGeom>
      </dgm:spPr>
    </dgm:pt>
  </dgm:ptLst>
  <dgm:cxnLst>
    <dgm:cxn modelId="{D7CA6A29-7AED-074F-B91C-10C40114C86E}" type="presOf" srcId="{418C7E43-584A-354F-8375-093022B7765A}" destId="{4A9CB0DE-8441-D84C-9AAC-BA651FD65DEA}" srcOrd="0" destOrd="0" presId="urn:microsoft.com/office/officeart/2005/8/layout/process1"/>
    <dgm:cxn modelId="{CAAB5F31-CE20-5D49-8F69-B5BAAFFBC58E}" type="presOf" srcId="{CCE4DBBB-3B69-D149-831E-506D33DAC566}" destId="{6B8E5021-F1FF-8542-B13F-03B776DDEA53}" srcOrd="0" destOrd="0" presId="urn:microsoft.com/office/officeart/2005/8/layout/process1"/>
    <dgm:cxn modelId="{BE12B24B-55E8-A040-90BA-76E282463F12}" type="presOf" srcId="{43308AA0-00AE-E948-9EFD-E94C77372F9E}" destId="{8CC158FC-161F-4D41-B22F-360CD046EC01}" srcOrd="0" destOrd="0" presId="urn:microsoft.com/office/officeart/2005/8/layout/process1"/>
    <dgm:cxn modelId="{41AA254E-5B7F-5F4B-AF3A-0CA819134AAC}" type="presOf" srcId="{60C75DE5-5A1E-884C-AFB2-1C44B6ECA05A}" destId="{2EF41320-C4C5-5A43-9E41-DB5D2F2884D2}" srcOrd="0" destOrd="0" presId="urn:microsoft.com/office/officeart/2005/8/layout/process1"/>
    <dgm:cxn modelId="{B30AB055-F4A6-3F4C-9BD5-DEC7540B932F}" srcId="{418C7E43-584A-354F-8375-093022B7765A}" destId="{32E07529-4217-DE43-9A43-48DDC9A71259}" srcOrd="0" destOrd="0" parTransId="{9D7A5968-91E3-9442-8657-A88D9DE82C43}" sibTransId="{1EB9BE20-EB3E-E243-A874-9458CD4054F7}"/>
    <dgm:cxn modelId="{AA9C7557-9757-0844-ACE7-E3F7634EEB87}" srcId="{418C7E43-584A-354F-8375-093022B7765A}" destId="{173AC7C6-16A0-3541-88C9-275CE394FA0C}" srcOrd="2" destOrd="0" parTransId="{4B4C134A-AE75-994A-B53E-9615B687C581}" sibTransId="{43308AA0-00AE-E948-9EFD-E94C77372F9E}"/>
    <dgm:cxn modelId="{6885A658-00FC-EE4F-8D51-D63B3758BE64}" type="presOf" srcId="{1EB9BE20-EB3E-E243-A874-9458CD4054F7}" destId="{E0575531-DD35-104A-BCDD-F16241086474}" srcOrd="1" destOrd="0" presId="urn:microsoft.com/office/officeart/2005/8/layout/process1"/>
    <dgm:cxn modelId="{27A81185-B9FD-B443-8AB8-450EABD1424D}" type="presOf" srcId="{43308AA0-00AE-E948-9EFD-E94C77372F9E}" destId="{38F1132B-9FB4-3E47-8758-E44488FCD6F3}" srcOrd="1" destOrd="0" presId="urn:microsoft.com/office/officeart/2005/8/layout/process1"/>
    <dgm:cxn modelId="{65247987-D925-764F-8F02-4927819F8150}" type="presOf" srcId="{2AF2B365-23FB-904A-9004-B91F232343BF}" destId="{D0E9085E-A6D5-0341-AE4B-C73BEA29E3E6}" srcOrd="0" destOrd="0" presId="urn:microsoft.com/office/officeart/2005/8/layout/process1"/>
    <dgm:cxn modelId="{32CB469E-9583-AE46-A7AC-8DDDD1892A2A}" srcId="{418C7E43-584A-354F-8375-093022B7765A}" destId="{60C75DE5-5A1E-884C-AFB2-1C44B6ECA05A}" srcOrd="1" destOrd="0" parTransId="{B9944070-3AD9-9E47-9DF8-2A765EC99AE3}" sibTransId="{2AF2B365-23FB-904A-9004-B91F232343BF}"/>
    <dgm:cxn modelId="{271DCCAE-CBD1-2F4E-BE03-4E981BBAEC15}" type="presOf" srcId="{2AF2B365-23FB-904A-9004-B91F232343BF}" destId="{FB39CA20-A002-A845-94DE-FCDE56D5F51A}" srcOrd="1" destOrd="0" presId="urn:microsoft.com/office/officeart/2005/8/layout/process1"/>
    <dgm:cxn modelId="{B05999BB-987C-5E4D-A525-3CF897F48CC8}" type="presOf" srcId="{32E07529-4217-DE43-9A43-48DDC9A71259}" destId="{7D39B114-E71D-9C43-BAA1-E22238B8DB85}" srcOrd="0" destOrd="0" presId="urn:microsoft.com/office/officeart/2005/8/layout/process1"/>
    <dgm:cxn modelId="{6FE655CB-A7CE-CB4F-A861-82B1BF64BB5E}" type="presOf" srcId="{1EB9BE20-EB3E-E243-A874-9458CD4054F7}" destId="{136E5EB6-DBBD-CC4C-A594-379ABC9C1E75}" srcOrd="0" destOrd="0" presId="urn:microsoft.com/office/officeart/2005/8/layout/process1"/>
    <dgm:cxn modelId="{4A3475D2-2A3A-4140-8922-9175069D439A}" type="presOf" srcId="{173AC7C6-16A0-3541-88C9-275CE394FA0C}" destId="{76DEB5EF-A9DE-554B-99C6-FDE8FA17A554}" srcOrd="0" destOrd="0" presId="urn:microsoft.com/office/officeart/2005/8/layout/process1"/>
    <dgm:cxn modelId="{DF4812FC-5EA0-514C-8814-A55EA8C904C4}" srcId="{418C7E43-584A-354F-8375-093022B7765A}" destId="{CCE4DBBB-3B69-D149-831E-506D33DAC566}" srcOrd="3" destOrd="0" parTransId="{396079C5-66A3-DA4D-8C37-B6EFC4B3118F}" sibTransId="{A0866CAF-8F9D-B34A-9578-7799F0AAF165}"/>
    <dgm:cxn modelId="{F35EB981-3950-2641-8460-F67EB07408CD}" type="presParOf" srcId="{4A9CB0DE-8441-D84C-9AAC-BA651FD65DEA}" destId="{7D39B114-E71D-9C43-BAA1-E22238B8DB85}" srcOrd="0" destOrd="0" presId="urn:microsoft.com/office/officeart/2005/8/layout/process1"/>
    <dgm:cxn modelId="{1082490C-4A71-F94F-B7BC-9E8A74949D9D}" type="presParOf" srcId="{4A9CB0DE-8441-D84C-9AAC-BA651FD65DEA}" destId="{136E5EB6-DBBD-CC4C-A594-379ABC9C1E75}" srcOrd="1" destOrd="0" presId="urn:microsoft.com/office/officeart/2005/8/layout/process1"/>
    <dgm:cxn modelId="{1EF9540E-E49C-6B4A-8575-7EB9AA3B70C1}" type="presParOf" srcId="{136E5EB6-DBBD-CC4C-A594-379ABC9C1E75}" destId="{E0575531-DD35-104A-BCDD-F16241086474}" srcOrd="0" destOrd="0" presId="urn:microsoft.com/office/officeart/2005/8/layout/process1"/>
    <dgm:cxn modelId="{D6FD8730-6F30-7C46-A44A-FFC28E47DBF6}" type="presParOf" srcId="{4A9CB0DE-8441-D84C-9AAC-BA651FD65DEA}" destId="{2EF41320-C4C5-5A43-9E41-DB5D2F2884D2}" srcOrd="2" destOrd="0" presId="urn:microsoft.com/office/officeart/2005/8/layout/process1"/>
    <dgm:cxn modelId="{4EB3AD2C-5B49-0249-94BC-F12ACF63777D}" type="presParOf" srcId="{4A9CB0DE-8441-D84C-9AAC-BA651FD65DEA}" destId="{D0E9085E-A6D5-0341-AE4B-C73BEA29E3E6}" srcOrd="3" destOrd="0" presId="urn:microsoft.com/office/officeart/2005/8/layout/process1"/>
    <dgm:cxn modelId="{F0859011-F61A-1844-97D3-8CD4BB36164A}" type="presParOf" srcId="{D0E9085E-A6D5-0341-AE4B-C73BEA29E3E6}" destId="{FB39CA20-A002-A845-94DE-FCDE56D5F51A}" srcOrd="0" destOrd="0" presId="urn:microsoft.com/office/officeart/2005/8/layout/process1"/>
    <dgm:cxn modelId="{4B88EBE8-9D3C-2B4D-BAAC-BF4FACC24623}" type="presParOf" srcId="{4A9CB0DE-8441-D84C-9AAC-BA651FD65DEA}" destId="{76DEB5EF-A9DE-554B-99C6-FDE8FA17A554}" srcOrd="4" destOrd="0" presId="urn:microsoft.com/office/officeart/2005/8/layout/process1"/>
    <dgm:cxn modelId="{9E0BC5C3-A4CF-8D48-969F-F9F03D6727D1}" type="presParOf" srcId="{4A9CB0DE-8441-D84C-9AAC-BA651FD65DEA}" destId="{8CC158FC-161F-4D41-B22F-360CD046EC01}" srcOrd="5" destOrd="0" presId="urn:microsoft.com/office/officeart/2005/8/layout/process1"/>
    <dgm:cxn modelId="{0995573D-6A54-3F46-984E-5BC470E4A654}" type="presParOf" srcId="{8CC158FC-161F-4D41-B22F-360CD046EC01}" destId="{38F1132B-9FB4-3E47-8758-E44488FCD6F3}" srcOrd="0" destOrd="0" presId="urn:microsoft.com/office/officeart/2005/8/layout/process1"/>
    <dgm:cxn modelId="{47AF6B98-48A9-1D42-B09B-AF628A17A61D}" type="presParOf" srcId="{4A9CB0DE-8441-D84C-9AAC-BA651FD65DEA}" destId="{6B8E5021-F1FF-8542-B13F-03B776DDEA53}" srcOrd="6"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39B114-E71D-9C43-BAA1-E22238B8DB85}">
      <dsp:nvSpPr>
        <dsp:cNvPr id="0" name=""/>
        <dsp:cNvSpPr/>
      </dsp:nvSpPr>
      <dsp:spPr>
        <a:xfrm>
          <a:off x="2818" y="197511"/>
          <a:ext cx="1232403" cy="774103"/>
        </a:xfrm>
        <a:prstGeom prst="roundRect">
          <a:avLst>
            <a:gd name="adj" fmla="val 10000"/>
          </a:avLst>
        </a:prstGeom>
        <a:gradFill rotWithShape="0">
          <a:gsLst>
            <a:gs pos="0">
              <a:srgbClr val="3F80CD"/>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What happened?</a:t>
          </a:r>
        </a:p>
      </dsp:txBody>
      <dsp:txXfrm>
        <a:off x="25491" y="220184"/>
        <a:ext cx="1187057" cy="728757"/>
      </dsp:txXfrm>
    </dsp:sp>
    <dsp:sp modelId="{136E5EB6-DBBD-CC4C-A594-379ABC9C1E75}">
      <dsp:nvSpPr>
        <dsp:cNvPr id="0" name=""/>
        <dsp:cNvSpPr/>
      </dsp:nvSpPr>
      <dsp:spPr>
        <a:xfrm>
          <a:off x="1358462" y="431744"/>
          <a:ext cx="261269" cy="305636"/>
        </a:xfrm>
        <a:prstGeom prst="rightArrow">
          <a:avLst>
            <a:gd name="adj1" fmla="val 60000"/>
            <a:gd name="adj2" fmla="val 50000"/>
          </a:avLst>
        </a:prstGeom>
        <a:solidFill>
          <a:schemeClr val="accent1">
            <a:tint val="60000"/>
            <a:hueOff val="0"/>
            <a:satOff val="0"/>
            <a:lumOff val="0"/>
            <a:alphaOff val="0"/>
          </a:schemeClr>
        </a:solidFill>
        <a:ln>
          <a:solidFill>
            <a:schemeClr val="accent1"/>
          </a:solidFill>
        </a:ln>
        <a:effectLst>
          <a:outerShdw blurRad="50800" dist="38100" dir="8100000" algn="tr" rotWithShape="0">
            <a:prstClr val="black">
              <a:alpha val="40000"/>
            </a:prstClr>
          </a:outerShdw>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1358462" y="492871"/>
        <a:ext cx="182888" cy="183382"/>
      </dsp:txXfrm>
    </dsp:sp>
    <dsp:sp modelId="{2EF41320-C4C5-5A43-9E41-DB5D2F2884D2}">
      <dsp:nvSpPr>
        <dsp:cNvPr id="0" name=""/>
        <dsp:cNvSpPr/>
      </dsp:nvSpPr>
      <dsp:spPr>
        <a:xfrm>
          <a:off x="1728183" y="197511"/>
          <a:ext cx="1232403" cy="774103"/>
        </a:xfrm>
        <a:prstGeom prst="roundRect">
          <a:avLst>
            <a:gd name="adj" fmla="val 10000"/>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Why does it matter?</a:t>
          </a:r>
        </a:p>
      </dsp:txBody>
      <dsp:txXfrm>
        <a:off x="1750856" y="220184"/>
        <a:ext cx="1187057" cy="728757"/>
      </dsp:txXfrm>
    </dsp:sp>
    <dsp:sp modelId="{D0E9085E-A6D5-0341-AE4B-C73BEA29E3E6}">
      <dsp:nvSpPr>
        <dsp:cNvPr id="0" name=""/>
        <dsp:cNvSpPr/>
      </dsp:nvSpPr>
      <dsp:spPr>
        <a:xfrm>
          <a:off x="3083827" y="431744"/>
          <a:ext cx="261269" cy="305636"/>
        </a:xfrm>
        <a:prstGeom prst="rightArrow">
          <a:avLst>
            <a:gd name="adj1" fmla="val 60000"/>
            <a:gd name="adj2" fmla="val 50000"/>
          </a:avLst>
        </a:prstGeom>
        <a:solidFill>
          <a:schemeClr val="accent1">
            <a:tint val="60000"/>
            <a:hueOff val="0"/>
            <a:satOff val="0"/>
            <a:lumOff val="0"/>
            <a:alphaOff val="0"/>
          </a:schemeClr>
        </a:solidFill>
        <a:ln>
          <a:solidFill>
            <a:schemeClr val="accent1"/>
          </a:solidFill>
        </a:ln>
        <a:effectLst>
          <a:outerShdw blurRad="50800" dist="38100" dir="8100000" algn="tr" rotWithShape="0">
            <a:prstClr val="black">
              <a:alpha val="40000"/>
            </a:prstClr>
          </a:outerShdw>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3083827" y="492871"/>
        <a:ext cx="182888" cy="183382"/>
      </dsp:txXfrm>
    </dsp:sp>
    <dsp:sp modelId="{76DEB5EF-A9DE-554B-99C6-FDE8FA17A554}">
      <dsp:nvSpPr>
        <dsp:cNvPr id="0" name=""/>
        <dsp:cNvSpPr/>
      </dsp:nvSpPr>
      <dsp:spPr>
        <a:xfrm>
          <a:off x="3453548" y="197511"/>
          <a:ext cx="1232403" cy="774103"/>
        </a:xfrm>
        <a:prstGeom prst="roundRect">
          <a:avLst>
            <a:gd name="adj" fmla="val 10000"/>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Who deserves recognition&gt;</a:t>
          </a:r>
        </a:p>
      </dsp:txBody>
      <dsp:txXfrm>
        <a:off x="3476221" y="220184"/>
        <a:ext cx="1187057" cy="728757"/>
      </dsp:txXfrm>
    </dsp:sp>
    <dsp:sp modelId="{8CC158FC-161F-4D41-B22F-360CD046EC01}">
      <dsp:nvSpPr>
        <dsp:cNvPr id="0" name=""/>
        <dsp:cNvSpPr/>
      </dsp:nvSpPr>
      <dsp:spPr>
        <a:xfrm>
          <a:off x="4809191" y="431744"/>
          <a:ext cx="261269" cy="305636"/>
        </a:xfrm>
        <a:prstGeom prst="rightArrow">
          <a:avLst>
            <a:gd name="adj1" fmla="val 60000"/>
            <a:gd name="adj2" fmla="val 50000"/>
          </a:avLst>
        </a:prstGeom>
        <a:solidFill>
          <a:schemeClr val="accent1">
            <a:tint val="60000"/>
            <a:hueOff val="0"/>
            <a:satOff val="0"/>
            <a:lumOff val="0"/>
            <a:alphaOff val="0"/>
          </a:schemeClr>
        </a:solidFill>
        <a:ln>
          <a:solidFill>
            <a:schemeClr val="accent1"/>
          </a:solidFill>
        </a:ln>
        <a:effectLst>
          <a:outerShdw blurRad="50800" dist="38100" dir="8100000" algn="tr" rotWithShape="0">
            <a:prstClr val="black">
              <a:alpha val="40000"/>
            </a:prstClr>
          </a:outerShdw>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4809191" y="492871"/>
        <a:ext cx="182888" cy="183382"/>
      </dsp:txXfrm>
    </dsp:sp>
    <dsp:sp modelId="{6B8E5021-F1FF-8542-B13F-03B776DDEA53}">
      <dsp:nvSpPr>
        <dsp:cNvPr id="0" name=""/>
        <dsp:cNvSpPr/>
      </dsp:nvSpPr>
      <dsp:spPr>
        <a:xfrm>
          <a:off x="5178912" y="197511"/>
          <a:ext cx="1232403" cy="774103"/>
        </a:xfrm>
        <a:prstGeom prst="roundRect">
          <a:avLst>
            <a:gd name="adj" fmla="val 10000"/>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What conversation do you want to open?</a:t>
          </a:r>
        </a:p>
      </dsp:txBody>
      <dsp:txXfrm>
        <a:off x="5201585" y="220184"/>
        <a:ext cx="1187057" cy="7287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9DD2108-B894-422F-AACE-BD646296ED2A}">
  <ds:schemaRefs>
    <ds:schemaRef ds:uri="http://schemas.microsoft.com/sharepoint/v3/contenttype/forms"/>
  </ds:schemaRefs>
</ds:datastoreItem>
</file>

<file path=customXml/itemProps3.xml><?xml version="1.0" encoding="utf-8"?>
<ds:datastoreItem xmlns:ds="http://schemas.openxmlformats.org/officeDocument/2006/customXml" ds:itemID="{08E10FB9-0718-4E5B-A9E7-CC8BFA812C4C}">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B1BD003C-4D6F-46F9-8ABA-15B686493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2080</Words>
  <Characters>11296</Characters>
  <Application>Microsoft Office Word</Application>
  <DocSecurity>0</DocSecurity>
  <Lines>451</Lines>
  <Paragraphs>284</Paragraphs>
  <ScaleCrop>false</ScaleCrop>
  <Manager/>
  <Company/>
  <LinksUpToDate>false</LinksUpToDate>
  <CharactersWithSpaces>13092</CharactersWithSpaces>
  <SharedDoc>false</SharedDoc>
  <HyperlinkBase/>
  <HLinks>
    <vt:vector size="30" baseType="variant">
      <vt:variant>
        <vt:i4>7667744</vt:i4>
      </vt:variant>
      <vt:variant>
        <vt:i4>12</vt:i4>
      </vt:variant>
      <vt:variant>
        <vt:i4>0</vt:i4>
      </vt:variant>
      <vt:variant>
        <vt:i4>5</vt:i4>
      </vt:variant>
      <vt:variant>
        <vt:lpwstr>https://www.linkedin.com/company/t-levels/</vt:lpwstr>
      </vt:variant>
      <vt:variant>
        <vt:lpwstr/>
      </vt:variant>
      <vt:variant>
        <vt:i4>1572950</vt:i4>
      </vt:variant>
      <vt:variant>
        <vt:i4>9</vt:i4>
      </vt:variant>
      <vt:variant>
        <vt:i4>0</vt:i4>
      </vt:variant>
      <vt:variant>
        <vt:i4>5</vt:i4>
      </vt:variant>
      <vt:variant>
        <vt:lpwstr>https://www.linkedin.com/groups/14714307/</vt:lpwstr>
      </vt:variant>
      <vt:variant>
        <vt:lpwstr/>
      </vt:variant>
      <vt:variant>
        <vt:i4>7077946</vt:i4>
      </vt:variant>
      <vt:variant>
        <vt:i4>6</vt:i4>
      </vt:variant>
      <vt:variant>
        <vt:i4>0</vt:i4>
      </vt:variant>
      <vt:variant>
        <vt:i4>5</vt:i4>
      </vt:variant>
      <vt:variant>
        <vt:lpwstr>https://www.linkedin.com/showcase/employer-engagement-forum/posts/?feedView=all</vt:lpwstr>
      </vt:variant>
      <vt:variant>
        <vt:lpwstr/>
      </vt:variant>
      <vt:variant>
        <vt:i4>589899</vt:i4>
      </vt:variant>
      <vt:variant>
        <vt:i4>3</vt:i4>
      </vt:variant>
      <vt:variant>
        <vt:i4>0</vt:i4>
      </vt:variant>
      <vt:variant>
        <vt:i4>5</vt:i4>
      </vt:variant>
      <vt:variant>
        <vt:lpwstr>https://employers.tlevels.gov.uk/hc/en-gb</vt:lpwstr>
      </vt:variant>
      <vt:variant>
        <vt:lpwstr/>
      </vt:variant>
      <vt:variant>
        <vt:i4>7077946</vt:i4>
      </vt:variant>
      <vt:variant>
        <vt:i4>0</vt:i4>
      </vt:variant>
      <vt:variant>
        <vt:i4>0</vt:i4>
      </vt:variant>
      <vt:variant>
        <vt:i4>5</vt:i4>
      </vt:variant>
      <vt:variant>
        <vt:lpwstr>https://www.linkedin.com/showcase/employer-engagement-forum/posts/?feedView=all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LinkedIn Masterclass Handouts 2–4</dc:title>
  <dc:subject>Comment, connect and post; AI prompts; seven-day LinkedIn challenge</dc:subject>
  <dc:creator>SDN / T Level LinkedIn Masterclass</dc:creator>
  <cp:keywords/>
  <dc:description>generated by python-docx</dc:description>
  <cp:lastModifiedBy>Chloe Bjarkan</cp:lastModifiedBy>
  <cp:revision>2</cp:revision>
  <dcterms:created xsi:type="dcterms:W3CDTF">2026-07-31T13:38:00Z</dcterms:created>
  <dcterms:modified xsi:type="dcterms:W3CDTF">2026-07-31T13:38:00Z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349155f8-7c5a-45fe-8544-5549211c0b66</vt:lpwstr>
  </property>
</Properties>
</file>